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E6432"/>
          <w:sz w:val="22"/>
        </w:rPr>
        <w:t>CALAVERITAS LITERARIAS · EDITABLES</w:t>
      </w:r>
    </w:p>
    <w:p>
      <w:pPr>
        <w:jc w:val="center"/>
      </w:pPr>
      <w:r>
        <w:rPr>
          <w:b/>
          <w:color w:val="482E5A"/>
          <w:sz w:val="44"/>
        </w:rPr>
        <w:t>La calaverita de la maestra</w:t>
      </w:r>
    </w:p>
    <w:p>
      <w:pPr>
        <w:jc w:val="center"/>
      </w:pPr>
      <w:r>
        <w:rPr>
          <w:i/>
          <w:sz w:val="18"/>
        </w:rPr>
        <w:t>Ejemplo original para inspirarte. Cambia los versos en Word.</w:t>
      </w:r>
    </w:p>
    <w:p/>
    <w:p>
      <w:pPr>
        <w:spacing w:after="340"/>
        <w:jc w:val="center"/>
      </w:pPr>
      <w:r>
        <w:rPr>
          <w:color w:val="2A394E"/>
          <w:sz w:val="28"/>
        </w:rPr>
        <w:t>La Muerte llegó a la escuela</w:t>
        <w:br/>
      </w:r>
      <w:r>
        <w:rPr>
          <w:color w:val="2A394E"/>
          <w:sz w:val="28"/>
        </w:rPr>
        <w:t>con su libreta y plumón,</w:t>
        <w:br/>
      </w:r>
      <w:r>
        <w:rPr>
          <w:color w:val="2A394E"/>
          <w:sz w:val="28"/>
        </w:rPr>
        <w:t>le pidió a la profesora</w:t>
        <w:br/>
      </w:r>
      <w:r>
        <w:rPr>
          <w:color w:val="2A394E"/>
          <w:sz w:val="28"/>
        </w:rPr>
        <w:t>una lección de canción.</w:t>
      </w:r>
    </w:p>
    <w:p>
      <w:pPr>
        <w:spacing w:after="340"/>
        <w:jc w:val="center"/>
      </w:pPr>
      <w:r>
        <w:rPr>
          <w:color w:val="2A394E"/>
          <w:sz w:val="28"/>
        </w:rPr>
        <w:t>La maestra, muy serena,</w:t>
        <w:br/>
      </w:r>
      <w:r>
        <w:rPr>
          <w:color w:val="2A394E"/>
          <w:sz w:val="28"/>
        </w:rPr>
        <w:t>le dio una actividad:</w:t>
        <w:br/>
      </w:r>
      <w:r>
        <w:rPr>
          <w:color w:val="2A394E"/>
          <w:sz w:val="28"/>
        </w:rPr>
        <w:t>«Si resuelves estos versos,</w:t>
        <w:br/>
      </w:r>
      <w:r>
        <w:rPr>
          <w:color w:val="2A394E"/>
          <w:sz w:val="28"/>
        </w:rPr>
        <w:t>te regalo libertad».</w:t>
      </w:r>
    </w:p>
    <w:p>
      <w:pPr>
        <w:spacing w:after="340"/>
        <w:jc w:val="center"/>
      </w:pPr>
      <w:r>
        <w:rPr>
          <w:color w:val="2A394E"/>
          <w:sz w:val="28"/>
        </w:rPr>
        <w:t>La flaca miró sus rimas,</w:t>
        <w:br/>
      </w:r>
      <w:r>
        <w:rPr>
          <w:color w:val="2A394E"/>
          <w:sz w:val="28"/>
        </w:rPr>
        <w:t>se puso a participar;</w:t>
        <w:br/>
      </w:r>
      <w:r>
        <w:rPr>
          <w:color w:val="2A394E"/>
          <w:sz w:val="28"/>
        </w:rPr>
        <w:t>y, al sonar el recreo,</w:t>
        <w:br/>
      </w:r>
      <w:r>
        <w:rPr>
          <w:color w:val="2A394E"/>
          <w:sz w:val="28"/>
        </w:rPr>
        <w:t>se fue a casa a practicar.</w:t>
      </w:r>
    </w:p>
    <w:p>
      <w:pPr>
        <w:jc w:val="center"/>
      </w:pPr>
      <w:r>
        <w:rPr>
          <w:color w:val="8796A2"/>
          <w:sz w:val="16"/>
        </w:rPr>
        <w:t>CARATULAS.DE · CONTENIDO ORIGINAL</w:t>
      </w:r>
    </w:p>
    <w:p>
      <w:r>
        <w:br w:type="page"/>
      </w:r>
    </w:p>
    <w:p>
      <w:pPr>
        <w:jc w:val="center"/>
      </w:pPr>
      <w:r>
        <w:rPr>
          <w:b/>
          <w:color w:val="BE6432"/>
          <w:sz w:val="22"/>
        </w:rPr>
        <w:t>CALAVERITAS LITERARIAS · EDITABLES</w:t>
      </w:r>
    </w:p>
    <w:p>
      <w:pPr>
        <w:jc w:val="center"/>
      </w:pPr>
      <w:r>
        <w:rPr>
          <w:b/>
          <w:color w:val="482E5A"/>
          <w:sz w:val="44"/>
        </w:rPr>
        <w:t>El estudiante distraído</w:t>
      </w:r>
    </w:p>
    <w:p>
      <w:pPr>
        <w:jc w:val="center"/>
      </w:pPr>
      <w:r>
        <w:rPr>
          <w:i/>
          <w:sz w:val="18"/>
        </w:rPr>
        <w:t>Ejemplo original para inspirarte. Cambia los versos en Word.</w:t>
      </w:r>
    </w:p>
    <w:p/>
    <w:p>
      <w:pPr>
        <w:spacing w:after="340"/>
        <w:jc w:val="center"/>
      </w:pPr>
      <w:r>
        <w:rPr>
          <w:color w:val="2A394E"/>
          <w:sz w:val="28"/>
        </w:rPr>
        <w:t>Pedro olvidó la tarea</w:t>
        <w:br/>
      </w:r>
      <w:r>
        <w:rPr>
          <w:color w:val="2A394E"/>
          <w:sz w:val="28"/>
        </w:rPr>
        <w:t>por mirar el ventanal,</w:t>
        <w:br/>
      </w:r>
      <w:r>
        <w:rPr>
          <w:color w:val="2A394E"/>
          <w:sz w:val="28"/>
        </w:rPr>
        <w:t>y la Muerte entró sonriente</w:t>
        <w:br/>
      </w:r>
      <w:r>
        <w:rPr>
          <w:color w:val="2A394E"/>
          <w:sz w:val="28"/>
        </w:rPr>
        <w:t>con su mochila escolar.</w:t>
      </w:r>
    </w:p>
    <w:p>
      <w:pPr>
        <w:spacing w:after="340"/>
        <w:jc w:val="center"/>
      </w:pPr>
      <w:r>
        <w:rPr>
          <w:color w:val="2A394E"/>
          <w:sz w:val="28"/>
        </w:rPr>
        <w:t>«Traigo un cuento y tres preguntas»,</w:t>
        <w:br/>
      </w:r>
      <w:r>
        <w:rPr>
          <w:color w:val="2A394E"/>
          <w:sz w:val="28"/>
        </w:rPr>
        <w:t>le dijo con gran humor;</w:t>
        <w:br/>
      </w:r>
      <w:r>
        <w:rPr>
          <w:color w:val="2A394E"/>
          <w:sz w:val="28"/>
        </w:rPr>
        <w:t>Pedro respondió enseguida</w:t>
        <w:br/>
      </w:r>
      <w:r>
        <w:rPr>
          <w:color w:val="2A394E"/>
          <w:sz w:val="28"/>
        </w:rPr>
        <w:t>y ganó un diez de honor.</w:t>
      </w:r>
    </w:p>
    <w:p>
      <w:pPr>
        <w:spacing w:after="340"/>
        <w:jc w:val="center"/>
      </w:pPr>
      <w:r>
        <w:rPr>
          <w:color w:val="2A394E"/>
          <w:sz w:val="28"/>
        </w:rPr>
        <w:t>La Catrina tomó apuntes,</w:t>
        <w:br/>
      </w:r>
      <w:r>
        <w:rPr>
          <w:color w:val="2A394E"/>
          <w:sz w:val="28"/>
        </w:rPr>
        <w:t>no dejó de sonreír;</w:t>
        <w:br/>
      </w:r>
      <w:r>
        <w:rPr>
          <w:color w:val="2A394E"/>
          <w:sz w:val="28"/>
        </w:rPr>
        <w:t>«Si estudias con alegría,</w:t>
        <w:br/>
      </w:r>
      <w:r>
        <w:rPr>
          <w:color w:val="2A394E"/>
          <w:sz w:val="28"/>
        </w:rPr>
        <w:t>hoy te dejo proseguir».</w:t>
      </w:r>
    </w:p>
    <w:p>
      <w:pPr>
        <w:jc w:val="center"/>
      </w:pPr>
      <w:r>
        <w:rPr>
          <w:color w:val="8796A2"/>
          <w:sz w:val="16"/>
        </w:rPr>
        <w:t>CARATULAS.DE · CONTENIDO ORIGINAL</w:t>
      </w:r>
    </w:p>
    <w:p>
      <w:r>
        <w:br w:type="page"/>
      </w:r>
    </w:p>
    <w:p>
      <w:pPr>
        <w:jc w:val="center"/>
      </w:pPr>
      <w:r>
        <w:rPr>
          <w:b/>
          <w:color w:val="BE6432"/>
          <w:sz w:val="22"/>
        </w:rPr>
        <w:t>CALAVERITAS LITERARIAS · EDITABLES</w:t>
      </w:r>
    </w:p>
    <w:p>
      <w:pPr>
        <w:jc w:val="center"/>
      </w:pPr>
      <w:r>
        <w:rPr>
          <w:b/>
          <w:color w:val="482E5A"/>
          <w:sz w:val="44"/>
        </w:rPr>
        <w:t>La bibliotecaria valiente</w:t>
      </w:r>
    </w:p>
    <w:p>
      <w:pPr>
        <w:jc w:val="center"/>
      </w:pPr>
      <w:r>
        <w:rPr>
          <w:i/>
          <w:sz w:val="18"/>
        </w:rPr>
        <w:t>Ejemplo original para inspirarte. Cambia los versos en Word.</w:t>
      </w:r>
    </w:p>
    <w:p/>
    <w:p>
      <w:pPr>
        <w:spacing w:after="340"/>
        <w:jc w:val="center"/>
      </w:pPr>
      <w:r>
        <w:rPr>
          <w:color w:val="2A394E"/>
          <w:sz w:val="28"/>
        </w:rPr>
        <w:t>En la biblioteca un día</w:t>
        <w:br/>
      </w:r>
      <w:r>
        <w:rPr>
          <w:color w:val="2A394E"/>
          <w:sz w:val="28"/>
        </w:rPr>
        <w:t>la huesuda quiso entrar,</w:t>
        <w:br/>
      </w:r>
      <w:r>
        <w:rPr>
          <w:color w:val="2A394E"/>
          <w:sz w:val="28"/>
        </w:rPr>
        <w:t>pero al ver tantos estantes</w:t>
        <w:br/>
      </w:r>
      <w:r>
        <w:rPr>
          <w:color w:val="2A394E"/>
          <w:sz w:val="28"/>
        </w:rPr>
        <w:t>no sabía qué llevar.</w:t>
      </w:r>
    </w:p>
    <w:p>
      <w:pPr>
        <w:spacing w:after="340"/>
        <w:jc w:val="center"/>
      </w:pPr>
      <w:r>
        <w:rPr>
          <w:color w:val="2A394E"/>
          <w:sz w:val="28"/>
        </w:rPr>
        <w:t>La guardiana de los libros</w:t>
        <w:br/>
      </w:r>
      <w:r>
        <w:rPr>
          <w:color w:val="2A394E"/>
          <w:sz w:val="28"/>
        </w:rPr>
        <w:t>le recomendó ficción,</w:t>
        <w:br/>
      </w:r>
      <w:r>
        <w:rPr>
          <w:color w:val="2A394E"/>
          <w:sz w:val="28"/>
        </w:rPr>
        <w:t>la flaca tomó una novela</w:t>
        <w:br/>
      </w:r>
      <w:r>
        <w:rPr>
          <w:color w:val="2A394E"/>
          <w:sz w:val="28"/>
        </w:rPr>
        <w:t>y se perdió en la emoción.</w:t>
      </w:r>
    </w:p>
    <w:p>
      <w:pPr>
        <w:spacing w:after="340"/>
        <w:jc w:val="center"/>
      </w:pPr>
      <w:r>
        <w:rPr>
          <w:color w:val="2A394E"/>
          <w:sz w:val="28"/>
        </w:rPr>
        <w:t>Desde entonces cada noche</w:t>
        <w:br/>
      </w:r>
      <w:r>
        <w:rPr>
          <w:color w:val="2A394E"/>
          <w:sz w:val="28"/>
        </w:rPr>
        <w:t>regresa para leer;</w:t>
        <w:br/>
      </w:r>
      <w:r>
        <w:rPr>
          <w:color w:val="2A394E"/>
          <w:sz w:val="28"/>
        </w:rPr>
        <w:t>¡hasta la Muerte curiosa</w:t>
        <w:br/>
      </w:r>
      <w:r>
        <w:rPr>
          <w:color w:val="2A394E"/>
          <w:sz w:val="28"/>
        </w:rPr>
        <w:t>tiene cosas que aprender!</w:t>
      </w:r>
    </w:p>
    <w:p>
      <w:pPr>
        <w:jc w:val="center"/>
      </w:pPr>
      <w:r>
        <w:rPr>
          <w:color w:val="8796A2"/>
          <w:sz w:val="16"/>
        </w:rPr>
        <w:t>CARATULAS.DE · CONTENIDO ORIGINAL</w:t>
      </w:r>
    </w:p>
    <w:p>
      <w:r>
        <w:br w:type="page"/>
      </w:r>
    </w:p>
    <w:p>
      <w:pPr>
        <w:jc w:val="center"/>
      </w:pPr>
      <w:r>
        <w:rPr>
          <w:b/>
          <w:color w:val="BE6432"/>
          <w:sz w:val="22"/>
        </w:rPr>
        <w:t>CALAVERITAS LITERARIAS · EDITABLES</w:t>
      </w:r>
    </w:p>
    <w:p>
      <w:pPr>
        <w:jc w:val="center"/>
      </w:pPr>
      <w:r>
        <w:rPr>
          <w:b/>
          <w:color w:val="482E5A"/>
          <w:sz w:val="44"/>
        </w:rPr>
        <w:t>El panadero de noviembre</w:t>
      </w:r>
    </w:p>
    <w:p>
      <w:pPr>
        <w:jc w:val="center"/>
      </w:pPr>
      <w:r>
        <w:rPr>
          <w:i/>
          <w:sz w:val="18"/>
        </w:rPr>
        <w:t>Ejemplo original para inspirarte. Cambia los versos en Word.</w:t>
      </w:r>
    </w:p>
    <w:p/>
    <w:p>
      <w:pPr>
        <w:spacing w:after="340"/>
        <w:jc w:val="center"/>
      </w:pPr>
      <w:r>
        <w:rPr>
          <w:color w:val="2A394E"/>
          <w:sz w:val="28"/>
        </w:rPr>
        <w:t>La Muerte buscó temprano</w:t>
        <w:br/>
      </w:r>
      <w:r>
        <w:rPr>
          <w:color w:val="2A394E"/>
          <w:sz w:val="28"/>
        </w:rPr>
        <w:t>un sabroso pan de anís,</w:t>
        <w:br/>
      </w:r>
      <w:r>
        <w:rPr>
          <w:color w:val="2A394E"/>
          <w:sz w:val="28"/>
        </w:rPr>
        <w:t>y el panadero le dijo:</w:t>
        <w:br/>
      </w:r>
      <w:r>
        <w:rPr>
          <w:color w:val="2A394E"/>
          <w:sz w:val="28"/>
        </w:rPr>
        <w:t>«Prueba este, serás feliz».</w:t>
      </w:r>
    </w:p>
    <w:p>
      <w:pPr>
        <w:spacing w:after="340"/>
        <w:jc w:val="center"/>
      </w:pPr>
      <w:r>
        <w:rPr>
          <w:color w:val="2A394E"/>
          <w:sz w:val="28"/>
        </w:rPr>
        <w:t>Ella olió pan de muerto,</w:t>
        <w:br/>
      </w:r>
      <w:r>
        <w:rPr>
          <w:color w:val="2A394E"/>
          <w:sz w:val="28"/>
        </w:rPr>
        <w:t>chocolate y canela;</w:t>
        <w:br/>
      </w:r>
      <w:r>
        <w:rPr>
          <w:color w:val="2A394E"/>
          <w:sz w:val="28"/>
        </w:rPr>
        <w:t>se sentó con la familia</w:t>
        <w:br/>
      </w:r>
      <w:r>
        <w:rPr>
          <w:color w:val="2A394E"/>
          <w:sz w:val="28"/>
        </w:rPr>
        <w:t>a escuchar a la abuela.</w:t>
      </w:r>
    </w:p>
    <w:p>
      <w:pPr>
        <w:spacing w:after="340"/>
        <w:jc w:val="center"/>
      </w:pPr>
      <w:r>
        <w:rPr>
          <w:color w:val="2A394E"/>
          <w:sz w:val="28"/>
        </w:rPr>
        <w:t>«Este pan guarda recuerdos»,</w:t>
        <w:br/>
      </w:r>
      <w:r>
        <w:rPr>
          <w:color w:val="2A394E"/>
          <w:sz w:val="28"/>
        </w:rPr>
        <w:t>dijo al verlo compartir;</w:t>
        <w:br/>
      </w:r>
      <w:r>
        <w:rPr>
          <w:color w:val="2A394E"/>
          <w:sz w:val="28"/>
        </w:rPr>
        <w:t>y la flaca, con respeto,</w:t>
        <w:br/>
      </w:r>
      <w:r>
        <w:rPr>
          <w:color w:val="2A394E"/>
          <w:sz w:val="28"/>
        </w:rPr>
        <w:t>se marchó sin discutir.</w:t>
      </w:r>
    </w:p>
    <w:p>
      <w:pPr>
        <w:jc w:val="center"/>
      </w:pPr>
      <w:r>
        <w:rPr>
          <w:color w:val="8796A2"/>
          <w:sz w:val="16"/>
        </w:rPr>
        <w:t>CARATULAS.DE · CONTENIDO ORIGINAL</w:t>
      </w:r>
    </w:p>
    <w:p>
      <w:r>
        <w:br w:type="page"/>
      </w:r>
    </w:p>
    <w:p>
      <w:pPr>
        <w:jc w:val="center"/>
      </w:pPr>
      <w:r>
        <w:rPr>
          <w:b/>
          <w:color w:val="BE6432"/>
          <w:sz w:val="22"/>
        </w:rPr>
        <w:t>CALAVERITAS LITERARIAS · EDITABLES</w:t>
      </w:r>
    </w:p>
    <w:p>
      <w:pPr>
        <w:jc w:val="center"/>
      </w:pPr>
      <w:r>
        <w:rPr>
          <w:b/>
          <w:color w:val="482E5A"/>
          <w:sz w:val="44"/>
        </w:rPr>
        <w:t>La jardinera y sus flores</w:t>
      </w:r>
    </w:p>
    <w:p>
      <w:pPr>
        <w:jc w:val="center"/>
      </w:pPr>
      <w:r>
        <w:rPr>
          <w:i/>
          <w:sz w:val="18"/>
        </w:rPr>
        <w:t>Ejemplo original para inspirarte. Cambia los versos en Word.</w:t>
      </w:r>
    </w:p>
    <w:p/>
    <w:p>
      <w:pPr>
        <w:spacing w:after="340"/>
        <w:jc w:val="center"/>
      </w:pPr>
      <w:r>
        <w:rPr>
          <w:color w:val="2A394E"/>
          <w:sz w:val="28"/>
        </w:rPr>
        <w:t>Entre flores de cempasúchil</w:t>
        <w:br/>
      </w:r>
      <w:r>
        <w:rPr>
          <w:color w:val="2A394E"/>
          <w:sz w:val="28"/>
        </w:rPr>
        <w:t>la calaca apareció,</w:t>
        <w:br/>
      </w:r>
      <w:r>
        <w:rPr>
          <w:color w:val="2A394E"/>
          <w:sz w:val="28"/>
        </w:rPr>
        <w:t>y al mirar tantos colores</w:t>
        <w:br/>
      </w:r>
      <w:r>
        <w:rPr>
          <w:color w:val="2A394E"/>
          <w:sz w:val="28"/>
        </w:rPr>
        <w:t>en silencio se quedó.</w:t>
      </w:r>
    </w:p>
    <w:p>
      <w:pPr>
        <w:spacing w:after="340"/>
        <w:jc w:val="center"/>
      </w:pPr>
      <w:r>
        <w:rPr>
          <w:color w:val="2A394E"/>
          <w:sz w:val="28"/>
        </w:rPr>
        <w:t>La jardinera le dijo:</w:t>
        <w:br/>
      </w:r>
      <w:r>
        <w:rPr>
          <w:color w:val="2A394E"/>
          <w:sz w:val="28"/>
        </w:rPr>
        <w:t>«Cada flor trae un recuerdo»;</w:t>
        <w:br/>
      </w:r>
      <w:r>
        <w:rPr>
          <w:color w:val="2A394E"/>
          <w:sz w:val="28"/>
        </w:rPr>
        <w:t>la Muerte regó las plantas</w:t>
        <w:br/>
      </w:r>
      <w:r>
        <w:rPr>
          <w:color w:val="2A394E"/>
          <w:sz w:val="28"/>
        </w:rPr>
        <w:t>y cuidó hasta el último huerto.</w:t>
      </w:r>
    </w:p>
    <w:p>
      <w:pPr>
        <w:spacing w:after="340"/>
        <w:jc w:val="center"/>
      </w:pPr>
      <w:r>
        <w:rPr>
          <w:color w:val="2A394E"/>
          <w:sz w:val="28"/>
        </w:rPr>
        <w:t>Luego alzó su sombrerito,</w:t>
        <w:br/>
      </w:r>
      <w:r>
        <w:rPr>
          <w:color w:val="2A394E"/>
          <w:sz w:val="28"/>
        </w:rPr>
        <w:t>se despidió del lugar;</w:t>
        <w:br/>
      </w:r>
      <w:r>
        <w:rPr>
          <w:color w:val="2A394E"/>
          <w:sz w:val="28"/>
        </w:rPr>
        <w:t>«Que florezcan las memorias,</w:t>
        <w:br/>
      </w:r>
      <w:r>
        <w:rPr>
          <w:color w:val="2A394E"/>
          <w:sz w:val="28"/>
        </w:rPr>
        <w:t>que no se dejen borrar».</w:t>
      </w:r>
    </w:p>
    <w:p>
      <w:pPr>
        <w:jc w:val="center"/>
      </w:pPr>
      <w:r>
        <w:rPr>
          <w:color w:val="8796A2"/>
          <w:sz w:val="16"/>
        </w:rPr>
        <w:t>CARATULAS.DE · CONTENIDO ORIGINAL</w:t>
      </w:r>
    </w:p>
    <w:p>
      <w:r>
        <w:br w:type="page"/>
      </w:r>
    </w:p>
    <w:p>
      <w:pPr>
        <w:jc w:val="center"/>
      </w:pPr>
      <w:r>
        <w:rPr>
          <w:b/>
          <w:color w:val="BE6432"/>
          <w:sz w:val="22"/>
        </w:rPr>
        <w:t>CALAVERITAS LITERARIAS · EDITABLES</w:t>
      </w:r>
    </w:p>
    <w:p>
      <w:pPr>
        <w:jc w:val="center"/>
      </w:pPr>
      <w:r>
        <w:rPr>
          <w:b/>
          <w:color w:val="482E5A"/>
          <w:sz w:val="44"/>
        </w:rPr>
        <w:t>El inventor y la Catrina</w:t>
      </w:r>
    </w:p>
    <w:p>
      <w:pPr>
        <w:jc w:val="center"/>
      </w:pPr>
      <w:r>
        <w:rPr>
          <w:i/>
          <w:sz w:val="18"/>
        </w:rPr>
        <w:t>Ejemplo original para inspirarte. Cambia los versos en Word.</w:t>
      </w:r>
    </w:p>
    <w:p/>
    <w:p>
      <w:pPr>
        <w:spacing w:after="340"/>
        <w:jc w:val="center"/>
      </w:pPr>
      <w:r>
        <w:rPr>
          <w:color w:val="2A394E"/>
          <w:sz w:val="28"/>
        </w:rPr>
        <w:t>Don Julián creó una máquina</w:t>
        <w:br/>
      </w:r>
      <w:r>
        <w:rPr>
          <w:color w:val="2A394E"/>
          <w:sz w:val="28"/>
        </w:rPr>
        <w:t>para hacer reír al sol,</w:t>
        <w:br/>
      </w:r>
      <w:r>
        <w:rPr>
          <w:color w:val="2A394E"/>
          <w:sz w:val="28"/>
        </w:rPr>
        <w:t>y la Muerte, sorprendida,</w:t>
        <w:br/>
      </w:r>
      <w:r>
        <w:rPr>
          <w:color w:val="2A394E"/>
          <w:sz w:val="28"/>
        </w:rPr>
        <w:t>le pidió verla en acción.</w:t>
      </w:r>
    </w:p>
    <w:p>
      <w:pPr>
        <w:spacing w:after="340"/>
        <w:jc w:val="center"/>
      </w:pPr>
      <w:r>
        <w:rPr>
          <w:color w:val="2A394E"/>
          <w:sz w:val="28"/>
        </w:rPr>
        <w:t>Del aparato salieron</w:t>
        <w:br/>
      </w:r>
      <w:r>
        <w:rPr>
          <w:color w:val="2A394E"/>
          <w:sz w:val="28"/>
        </w:rPr>
        <w:t>burbujitas de colores,</w:t>
        <w:br/>
      </w:r>
      <w:r>
        <w:rPr>
          <w:color w:val="2A394E"/>
          <w:sz w:val="28"/>
        </w:rPr>
        <w:t>y la flaca dio tres vueltas</w:t>
        <w:br/>
      </w:r>
      <w:r>
        <w:rPr>
          <w:color w:val="2A394E"/>
          <w:sz w:val="28"/>
        </w:rPr>
        <w:t>rodeada de resplandores.</w:t>
      </w:r>
    </w:p>
    <w:p>
      <w:pPr>
        <w:spacing w:after="340"/>
        <w:jc w:val="center"/>
      </w:pPr>
      <w:r>
        <w:rPr>
          <w:color w:val="2A394E"/>
          <w:sz w:val="28"/>
        </w:rPr>
        <w:t>«No me llevo este invento»,</w:t>
        <w:br/>
      </w:r>
      <w:r>
        <w:rPr>
          <w:color w:val="2A394E"/>
          <w:sz w:val="28"/>
        </w:rPr>
        <w:t>dijo al irse del taller;</w:t>
        <w:br/>
      </w:r>
      <w:r>
        <w:rPr>
          <w:color w:val="2A394E"/>
          <w:sz w:val="28"/>
        </w:rPr>
        <w:t>«Mejor vuelve a sorprenderme</w:t>
        <w:br/>
      </w:r>
      <w:r>
        <w:rPr>
          <w:color w:val="2A394E"/>
          <w:sz w:val="28"/>
        </w:rPr>
        <w:t>cuando venga otra vez».</w:t>
      </w:r>
    </w:p>
    <w:p>
      <w:pPr>
        <w:jc w:val="center"/>
      </w:pPr>
      <w:r>
        <w:rPr>
          <w:color w:val="8796A2"/>
          <w:sz w:val="16"/>
        </w:rPr>
        <w:t>CARATULAS.DE · CONTENIDO ORIGINAL</w:t>
      </w:r>
    </w:p>
    <w:p>
      <w:r>
        <w:br w:type="page"/>
      </w:r>
    </w:p>
    <w:p>
      <w:pPr>
        <w:jc w:val="center"/>
      </w:pPr>
      <w:r>
        <w:rPr>
          <w:b/>
          <w:sz w:val="36"/>
        </w:rPr>
        <w:t>Plantilla para escribir tu calaverita literaria</w:t>
      </w:r>
    </w:p>
    <w:p>
      <w:r>
        <w:t>Título: __________________________________________________</w:t>
      </w:r>
    </w:p>
    <w:p>
      <w:r>
        <w:t>Personaje o profesión: ___________________________________</w:t>
      </w:r>
    </w:p>
    <w:p>
      <w:r>
        <w:t>Estrofa 1 (cuatro versos):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Estrofa 2 (cuatro versos):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Estrofa 3 (cuatro versos):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Estrofa 4 (cuatro versos):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Consejo: usa humor respetuoso, rimas sencillas y un final inesperado. Evita burlarte de personas fallecidas reales o de familias en duelo.</w:t>
      </w:r>
    </w:p>
    <w:sectPr w:rsidR="00FC693F" w:rsidRPr="0006063C" w:rsidSect="00034616">
      <w:pgSz w:w="12240" w:h="15840"/>
      <w:pgMar w:top="1123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ejaVu Sans" w:hAnsi="DejaVu Sans"/>
      <w:color w:val="20384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