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b/>
          <w:color w:val="246F99"/>
          <w:sz w:val="17"/>
        </w:rPr>
        <w:t>AUTORIZACIÓN PERSONAL</w:t>
      </w:r>
    </w:p>
    <w:p>
      <w:pPr>
        <w:pStyle w:val="Heading1"/>
      </w:pPr>
      <w:r>
        <w:t>Carta poder simple para un trámite</w:t>
      </w:r>
    </w:p>
    <w:p>
      <w:r>
        <w:rPr>
          <w:color w:val="617585"/>
          <w:sz w:val="19"/>
        </w:rPr>
        <w:t>Plantilla genérica y limitada a un encargo concreto · confirma si la entidad la acepta</w:t>
      </w:r>
    </w:p>
    <w:p/>
    <w:p>
      <w:r>
        <w:t>[LOCALIDAD], [FECHA]</w:t>
      </w:r>
    </w:p>
    <w:p>
      <w:r>
        <w:t>Yo, [NOMBRE DE LA PERSONA QUE AUTORIZA], identificado/a con [TIPO Y NÚMERO DE DOCUMENTO], con domicilio en [DOMICILIO, SI SE REQUIERE], autorizo expresamente a:</w:t>
      </w:r>
    </w:p>
    <w:p>
      <w:r>
        <w:t>[NOMBRE DE LA PERSONA AUTORIZADA], identificado/a con [TIPO Y NÚMERO DE DOCUMENTO], a realizar exclusivamente el siguiente trámite en mi nombre:</w:t>
      </w:r>
    </w:p>
    <w:p>
      <w:pPr>
        <w:pStyle w:val="Heading2"/>
      </w:pPr>
      <w:r>
        <w:t>Trámite autorizado</w:t>
      </w:r>
    </w:p>
    <w:p>
      <w:r>
        <w:t>[DESCRIBIR EL TRÁMITE DE FORMA PRECISA: RECOGER DOCUMENTOS, PRESENTAR UNA SOLICITUD, RETIRAR UN PAQUETE, ETC.]</w:t>
      </w:r>
    </w:p>
    <w:p>
      <w:r>
        <w:t>Entidad o lugar donde se realizará: [NOMBRE DE LA ENTIDAD O ESTABLECIMIENTO]</w:t>
      </w:r>
    </w:p>
    <w:p>
      <w:r>
        <w:t>Vigencia de esta autorización: desde [FECHA INICIO] hasta [FECHA FIN].</w:t>
      </w:r>
    </w:p>
    <w:p>
      <w:r>
        <w:t>Esta autorización se limita al trámite indicado. No incluye facultades para vender bienes, contratar deudas, retirar fondos ni ejecutar otros actos no mencionados expresamente.</w:t>
      </w:r>
    </w:p>
    <w:p>
      <w:r>
        <w:t>Firmo este documento para los fines indicados.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DDEBF4"/>
          </w:tcPr>
          <w:p>
            <w:r>
              <w:t>QUIEN AUTORIZA</w:t>
            </w:r>
          </w:p>
        </w:tc>
        <w:tc>
          <w:tcPr>
            <w:tcW w:type="dxa" w:w="4968"/>
            <w:shd w:fill="DDEBF4"/>
          </w:tcPr>
          <w:p>
            <w:r>
              <w:t>PERSONA AUTORIZADA</w:t>
            </w:r>
          </w:p>
        </w:tc>
      </w:tr>
      <w:tr>
        <w:tc>
          <w:tcPr>
            <w:tcW w:type="dxa" w:w="4968"/>
          </w:tcPr>
          <w:p>
            <w:r>
              <w:t>Firma: ______________________</w:t>
              <w:br/>
              <w:t>Nombre: [NOMBRE]</w:t>
              <w:br/>
              <w:t>Documento: [NÚMERO]</w:t>
            </w:r>
          </w:p>
        </w:tc>
        <w:tc>
          <w:tcPr>
            <w:tcW w:type="dxa" w:w="4968"/>
          </w:tcPr>
          <w:p>
            <w:r>
              <w:t>Firma: ______________________</w:t>
              <w:br/>
              <w:t>Nombre: [NOMBRE]</w:t>
              <w:br/>
              <w:t>Documento: [NÚMERO]</w:t>
            </w:r>
          </w:p>
        </w:tc>
      </w:tr>
    </w:tbl>
    <w:p>
      <w:pPr>
        <w:pStyle w:val="Heading2"/>
      </w:pPr>
      <w:r>
        <w:t>Comprobaciones importantes</w:t>
      </w:r>
    </w:p>
    <w:p>
      <w:r>
        <w:t>La validez y los requisitos de una carta poder varían según el país, la entidad y el trámite. Es posible que pidan testigos, copias de identificación o un poder notarial. Consulta las condiciones antes de usar este modelo. No es asesoría jurídica.</w:t>
      </w:r>
    </w:p>
    <w:sectPr w:rsidR="00FC693F" w:rsidRPr="0006063C" w:rsidSect="00034616">
      <w:footerReference w:type="default" r:id="rId9"/>
      <w:pgSz w:w="12240" w:h="15840"/>
      <w:pgMar w:top="1181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D8090"/>
        <w:sz w:val="14"/>
      </w:rPr>
      <w:t>PLANTILLA EDITABLE · CARATULAS.DE · USO ORIENTATIVO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ptos" w:hAnsi="Aptos"/>
      <w:color w:val="26354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4566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95E8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