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/>
      <w:r>
        <w:rPr>
          <w:b/>
          <w:color w:val="246F99"/>
          <w:sz w:val="17"/>
        </w:rPr>
        <w:t>DOCUMENTO LABORAL</w:t>
      </w:r>
    </w:p>
    <w:p>
      <w:pPr>
        <w:pStyle w:val="Heading1"/>
      </w:pPr>
      <w:r>
        <w:t>Carta de renuncia voluntaria</w:t>
      </w:r>
    </w:p>
    <w:p>
      <w:r>
        <w:rPr>
          <w:color w:val="617585"/>
          <w:sz w:val="19"/>
        </w:rPr>
        <w:t>Modelo general para editar en Word · sustituye los campos entre corchetes</w:t>
      </w:r>
    </w:p>
    <w:p/>
    <w:p>
      <w:pPr/>
      <w:r>
        <w:t>[CIUDAD], [DÍA] de [MES] de [AÑO]</w:t>
      </w:r>
    </w:p>
    <w:p>
      <w:r>
        <w:t>A la atención de: [EMPRESA / RESPONSABLE DE RR. HH.]</w:t>
      </w:r>
    </w:p>
    <w:p>
      <w:r>
        <w:t>Asunto: Comunicación de renuncia voluntaria</w:t>
      </w:r>
    </w:p>
    <w:p>
      <w:r>
        <w:t>Estimados/as:</w:t>
      </w:r>
    </w:p>
    <w:p>
      <w:r>
        <w:t>Por medio de la presente, yo, [NOMBRE COMPLETO], comunico mi decisión libre y voluntaria de finalizar mi relación laboral con [NOMBRE DE LA EMPRESA], en la que desempeño el puesto de [CARGO].</w:t>
      </w:r>
    </w:p>
    <w:p>
      <w:r>
        <w:t>Solicito que se considere como fecha de mi último día de trabajo el [FECHA]. Confirmaré previamente que el plazo de preaviso se ajuste a las condiciones de mi contrato y a la normativa aplicable.</w:t>
      </w:r>
    </w:p>
    <w:p>
      <w:r>
        <w:t>Hasta esa fecha, quedo a disposición para coordinar la entrega de tareas, documentación y materiales. Agradezco las oportunidades de aprendizaje y la experiencia adquirida durante este tiempo.</w:t>
      </w:r>
    </w:p>
    <w:p>
      <w:r>
        <w:t>Agradeceré que se acuse recibo de esta comunicación y se me indique el procedimiento correspondiente a la documentación de finalización y las cantidades pendientes, si las hubiera.</w:t>
      </w:r>
    </w:p>
    <w:p>
      <w:r>
        <w:t>Atentamente,</w:t>
      </w:r>
    </w:p>
    <w:p>
      <w:r>
        <w:t>_______________________________</w:t>
        <w:br/>
        <w:t>[NOMBRE Y APELLIDOS]</w:t>
        <w:br/>
        <w:t>[DOCUMENTO DE IDENTIDAD, OPCIONAL]</w:t>
        <w:br/>
        <w:t>[CORREO O TELÉFONO, OPCIONAL]</w:t>
      </w:r>
    </w:p>
    <w:p>
      <w:pPr>
        <w:pStyle w:val="Heading2"/>
      </w:pPr>
      <w:r>
        <w:t>Antes de entregarla</w:t>
      </w:r>
    </w:p>
    <w:p>
      <w:pPr>
        <w:pStyle w:val="ListBullet"/>
      </w:pPr>
      <w:r>
        <w:t>Comprueba el plazo de preaviso previsto en tu país, convenio y contrato.</w:t>
      </w:r>
    </w:p>
    <w:p>
      <w:pPr>
        <w:pStyle w:val="ListBullet"/>
      </w:pPr>
      <w:r>
        <w:t>Conserva una copia firmada, sellada o confirmada por correo.</w:t>
      </w:r>
    </w:p>
    <w:p>
      <w:pPr>
        <w:pStyle w:val="ListBullet"/>
      </w:pPr>
      <w:r>
        <w:t>Este modelo no incluye renuncia de derechos ni aceptación de liquidaciones.</w:t>
      </w:r>
    </w:p>
    <w:sectPr w:rsidR="00FC693F" w:rsidRPr="0006063C" w:rsidSect="00034616">
      <w:footerReference w:type="default" r:id="rId9"/>
      <w:pgSz w:w="12240" w:h="15840"/>
      <w:pgMar w:top="1181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D8090"/>
        <w:sz w:val="14"/>
      </w:rPr>
      <w:t>PLANTILLA EDITABLE · CARATULAS.DE · USO ORIENTATIVO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/>
    </w:pPr>
    <w:rPr>
      <w:rFonts w:ascii="Aptos" w:hAnsi="Aptos"/>
      <w:color w:val="263544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44566"/>
      <w:sz w:val="3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95E85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