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b/>
          <w:color w:val="246F99"/>
          <w:sz w:val="17"/>
        </w:rPr>
        <w:t>PRESUPUESTO COMERCIAL</w:t>
      </w:r>
    </w:p>
    <w:p>
      <w:pPr>
        <w:pStyle w:val="Heading1"/>
      </w:pPr>
      <w:r>
        <w:t>Formato de cotización para servicios</w:t>
      </w:r>
    </w:p>
    <w:p>
      <w:r>
        <w:rPr>
          <w:color w:val="617585"/>
          <w:sz w:val="19"/>
        </w:rPr>
        <w:t>Documento de propuesta · importa los precios finales de tu negocio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E6F1F7"/>
          </w:tcPr>
          <w:p>
            <w:r>
              <w:t>Empresa / profesional</w:t>
            </w:r>
          </w:p>
        </w:tc>
        <w:tc>
          <w:tcPr>
            <w:tcW w:type="dxa" w:w="4968"/>
          </w:tcPr>
          <w:p>
            <w:r>
              <w:t>[NOMBRE, DATOS DE CONTACTO]</w:t>
            </w:r>
          </w:p>
        </w:tc>
      </w:tr>
      <w:tr>
        <w:tc>
          <w:tcPr>
            <w:tcW w:type="dxa" w:w="4968"/>
            <w:shd w:fill="E6F1F7"/>
          </w:tcPr>
          <w:p>
            <w:r>
              <w:t>Cliente</w:t>
            </w:r>
          </w:p>
        </w:tc>
        <w:tc>
          <w:tcPr>
            <w:tcW w:type="dxa" w:w="4968"/>
          </w:tcPr>
          <w:p>
            <w:r>
              <w:t>[NOMBRE / EMPRESA]</w:t>
            </w:r>
          </w:p>
        </w:tc>
      </w:tr>
      <w:tr>
        <w:tc>
          <w:tcPr>
            <w:tcW w:type="dxa" w:w="4968"/>
            <w:shd w:fill="E6F1F7"/>
          </w:tcPr>
          <w:p>
            <w:r>
              <w:t>Número de propuesta</w:t>
            </w:r>
          </w:p>
        </w:tc>
        <w:tc>
          <w:tcPr>
            <w:tcW w:type="dxa" w:w="4968"/>
          </w:tcPr>
          <w:p>
            <w:r>
              <w:t>[COT-0001]</w:t>
            </w:r>
          </w:p>
        </w:tc>
      </w:tr>
      <w:tr>
        <w:tc>
          <w:tcPr>
            <w:tcW w:type="dxa" w:w="4968"/>
            <w:shd w:fill="E6F1F7"/>
          </w:tcPr>
          <w:p>
            <w:r>
              <w:t>Fecha de emisión</w:t>
            </w:r>
          </w:p>
        </w:tc>
        <w:tc>
          <w:tcPr>
            <w:tcW w:type="dxa" w:w="4968"/>
          </w:tcPr>
          <w:p>
            <w:r>
              <w:t>[DD/MM/AAAA]</w:t>
            </w:r>
          </w:p>
        </w:tc>
      </w:tr>
      <w:tr>
        <w:tc>
          <w:tcPr>
            <w:tcW w:type="dxa" w:w="4968"/>
            <w:shd w:fill="E6F1F7"/>
          </w:tcPr>
          <w:p>
            <w:r>
              <w:t>Vigencia de oferta</w:t>
            </w:r>
          </w:p>
        </w:tc>
        <w:tc>
          <w:tcPr>
            <w:tcW w:type="dxa" w:w="4968"/>
          </w:tcPr>
          <w:p>
            <w:r>
              <w:t>[FECHA LÍMITE]</w:t>
            </w:r>
          </w:p>
        </w:tc>
      </w:tr>
    </w:tbl>
    <w:p>
      <w:pPr>
        <w:pStyle w:val="Heading2"/>
      </w:pPr>
      <w:r>
        <w:t>Detalle de la propuesta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DDEBF4"/>
          </w:tcPr>
          <w:p>
            <w:r>
              <w:t>Concepto</w:t>
            </w:r>
          </w:p>
        </w:tc>
        <w:tc>
          <w:tcPr>
            <w:tcW w:type="dxa" w:w="2484"/>
            <w:shd w:fill="DDEBF4"/>
          </w:tcPr>
          <w:p>
            <w:r>
              <w:t>Cantidad</w:t>
            </w:r>
          </w:p>
        </w:tc>
        <w:tc>
          <w:tcPr>
            <w:tcW w:type="dxa" w:w="2484"/>
            <w:shd w:fill="DDEBF4"/>
          </w:tcPr>
          <w:p>
            <w:r>
              <w:t>Precio unit.</w:t>
            </w:r>
          </w:p>
        </w:tc>
        <w:tc>
          <w:tcPr>
            <w:tcW w:type="dxa" w:w="2484"/>
            <w:shd w:fill="DDEBF4"/>
          </w:tcPr>
          <w:p>
            <w:r>
              <w:t>Importe</w:t>
            </w:r>
          </w:p>
        </w:tc>
      </w:tr>
      <w:tr>
        <w:tc>
          <w:tcPr>
            <w:tcW w:type="dxa" w:w="2484"/>
          </w:tcPr>
          <w:p>
            <w:r>
              <w:t>[SERVICIO / PRODUCTO]</w:t>
            </w:r>
          </w:p>
        </w:tc>
        <w:tc>
          <w:tcPr>
            <w:tcW w:type="dxa" w:w="2484"/>
          </w:tcPr>
          <w:p>
            <w:r>
              <w:t>[1]</w:t>
            </w:r>
          </w:p>
        </w:tc>
        <w:tc>
          <w:tcPr>
            <w:tcW w:type="dxa" w:w="2484"/>
          </w:tcPr>
          <w:p>
            <w:r>
              <w:t>[0,00]</w:t>
            </w:r>
          </w:p>
        </w:tc>
        <w:tc>
          <w:tcPr>
            <w:tcW w:type="dxa" w:w="2484"/>
          </w:tcPr>
          <w:p>
            <w:r>
              <w:t>[0,00]</w:t>
            </w:r>
          </w:p>
        </w:tc>
      </w:tr>
      <w:tr>
        <w:tc>
          <w:tcPr>
            <w:tcW w:type="dxa" w:w="2484"/>
          </w:tcPr>
          <w:p>
            <w:r>
              <w:t>[SERVICIO / PRODUCTO]</w:t>
            </w:r>
          </w:p>
        </w:tc>
        <w:tc>
          <w:tcPr>
            <w:tcW w:type="dxa" w:w="2484"/>
          </w:tcPr>
          <w:p>
            <w:r>
              <w:t>[1]</w:t>
            </w:r>
          </w:p>
        </w:tc>
        <w:tc>
          <w:tcPr>
            <w:tcW w:type="dxa" w:w="2484"/>
          </w:tcPr>
          <w:p>
            <w:r>
              <w:t>[0,00]</w:t>
            </w:r>
          </w:p>
        </w:tc>
        <w:tc>
          <w:tcPr>
            <w:tcW w:type="dxa" w:w="2484"/>
          </w:tcPr>
          <w:p>
            <w:r>
              <w:t>[0,00]</w:t>
            </w:r>
          </w:p>
        </w:tc>
      </w:tr>
      <w:tr>
        <w:tc>
          <w:tcPr>
            <w:tcW w:type="dxa" w:w="2484"/>
          </w:tcPr>
          <w:p>
            <w:r>
              <w:t>[SERVICIO / PRODUCTO]</w:t>
            </w:r>
          </w:p>
        </w:tc>
        <w:tc>
          <w:tcPr>
            <w:tcW w:type="dxa" w:w="2484"/>
          </w:tcPr>
          <w:p>
            <w:r>
              <w:t>[1]</w:t>
            </w:r>
          </w:p>
        </w:tc>
        <w:tc>
          <w:tcPr>
            <w:tcW w:type="dxa" w:w="2484"/>
          </w:tcPr>
          <w:p>
            <w:r>
              <w:t>[0,00]</w:t>
            </w:r>
          </w:p>
        </w:tc>
        <w:tc>
          <w:tcPr>
            <w:tcW w:type="dxa" w:w="2484"/>
          </w:tcPr>
          <w:p>
            <w:r>
              <w:t>[0,00]</w:t>
            </w:r>
          </w:p>
        </w:tc>
      </w:tr>
      <w:tr>
        <w:tc>
          <w:tcPr>
            <w:tcW w:type="dxa" w:w="2484"/>
          </w:tcPr>
          <w:p>
            <w:r>
              <w:t>[SERVICIO / PRODUCTO]</w:t>
            </w:r>
          </w:p>
        </w:tc>
        <w:tc>
          <w:tcPr>
            <w:tcW w:type="dxa" w:w="2484"/>
          </w:tcPr>
          <w:p>
            <w:r>
              <w:t>[1]</w:t>
            </w:r>
          </w:p>
        </w:tc>
        <w:tc>
          <w:tcPr>
            <w:tcW w:type="dxa" w:w="2484"/>
          </w:tcPr>
          <w:p>
            <w:r>
              <w:t>[0,00]</w:t>
            </w:r>
          </w:p>
        </w:tc>
        <w:tc>
          <w:tcPr>
            <w:tcW w:type="dxa" w:w="2484"/>
          </w:tcPr>
          <w:p>
            <w:r>
              <w:t>[0,00]</w:t>
            </w:r>
          </w:p>
        </w:tc>
      </w:tr>
    </w:tbl>
    <w:p>
      <w:r>
        <w:t>Subtotal: [0,00]        Descuento: [0,00]        Impuesto aplicable: [0,00]</w:t>
      </w:r>
    </w:p>
    <w:p>
      <w:r>
        <w:rPr>
          <w:b/>
          <w:sz w:val="26"/>
        </w:rPr>
        <w:t>TOTAL PROPUESTO: [0,00] [MONEDA]</w:t>
      </w:r>
    </w:p>
    <w:p>
      <w:pPr>
        <w:pStyle w:val="Heading2"/>
      </w:pPr>
      <w:r>
        <w:t>Condiciones</w:t>
      </w:r>
    </w:p>
    <w:p>
      <w:pPr>
        <w:pStyle w:val="ListBullet"/>
      </w:pPr>
      <w:r>
        <w:t>Entrega estimada: [PLAZO]</w:t>
      </w:r>
    </w:p>
    <w:p>
      <w:pPr>
        <w:pStyle w:val="ListBullet"/>
      </w:pPr>
      <w:r>
        <w:t>Forma y calendario de pago: [CONDICIONES]</w:t>
      </w:r>
    </w:p>
    <w:p>
      <w:pPr>
        <w:pStyle w:val="ListBullet"/>
      </w:pPr>
      <w:r>
        <w:t>Incluye: [ALCANCE]</w:t>
      </w:r>
    </w:p>
    <w:p>
      <w:pPr>
        <w:pStyle w:val="ListBullet"/>
      </w:pPr>
      <w:r>
        <w:t>No incluye: [EXCLUSIONES]</w:t>
      </w:r>
    </w:p>
    <w:p>
      <w:pPr>
        <w:pStyle w:val="ListBullet"/>
      </w:pPr>
      <w:r>
        <w:t>Observaciones: [ACLARACIONES]</w:t>
      </w:r>
    </w:p>
    <w:p>
      <w:r>
        <w:t>Preparado por: [NOMBRE Y FIRMA, SI PROCEDE]</w:t>
      </w:r>
    </w:p>
    <w:p>
      <w:r>
        <w:t>Importante: una cotización es una propuesta económica, no una factura ni un comprobante fiscal.</w:t>
      </w:r>
    </w:p>
    <w:sectPr w:rsidR="00FC693F" w:rsidRPr="0006063C" w:rsidSect="00034616">
      <w:footerReference w:type="default" r:id="rId9"/>
      <w:pgSz w:w="12240" w:h="15840"/>
      <w:pgMar w:top="1181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D8090"/>
        <w:sz w:val="14"/>
      </w:rPr>
      <w:t>PLANTILLA EDITABLE · CARATULAS.DE · USO ORIENTATIVO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ptos" w:hAnsi="Aptos"/>
      <w:color w:val="26354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4566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95E8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