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252" w:lineRule="auto"/>
        <w:jc w:val="center"/>
      </w:pPr>
      <w:r>
        <w:rPr>
          <w:rFonts w:ascii="Lato" w:hAnsi="Lato"/>
          <w:b/>
          <w:color w:val="9C602F"/>
          <w:sz w:val="20"/>
        </w:rPr>
        <w:t>UNA INVITACIÓN MISTERIOSA</w:t>
      </w:r>
    </w:p>
    <w:p>
      <w:pPr>
        <w:spacing w:before="0" w:after="0" w:line="252" w:lineRule="auto"/>
        <w:jc w:val="center"/>
      </w:pPr>
      <w:r>
        <w:rPr>
          <w:rFonts w:ascii="EB Garamond" w:hAnsi="EB Garamond"/>
          <w:b w:val="0"/>
          <w:color w:val="3E2833"/>
          <w:sz w:val="56"/>
        </w:rPr>
        <w:t>NOCHE DE</w:t>
      </w:r>
    </w:p>
    <w:p>
      <w:pPr>
        <w:spacing w:before="0" w:after="0" w:line="252" w:lineRule="auto"/>
        <w:jc w:val="center"/>
      </w:pPr>
      <w:r>
        <w:rPr>
          <w:rFonts w:ascii="EB Garamond" w:hAnsi="EB Garamond"/>
          <w:b w:val="0"/>
          <w:color w:val="3E2833"/>
          <w:sz w:val="56"/>
        </w:rPr>
        <w:t>HALLOWEEN</w:t>
      </w:r>
    </w:p>
    <w:p>
      <w:pPr>
        <w:spacing w:before="200" w:after="540" w:line="252" w:lineRule="auto"/>
        <w:jc w:val="center"/>
      </w:pPr>
      <w:r>
        <w:rPr>
          <w:rFonts w:ascii="Lato" w:hAnsi="Lato"/>
          <w:b w:val="0"/>
          <w:color w:val="735B68"/>
          <w:sz w:val="23"/>
        </w:rPr>
        <w:t>La mansión abre sus puertas…</w:t>
        <w:br/>
        <w:t>¿Te atreves a entrar?</w:t>
      </w:r>
    </w:p>
    <w:p>
      <w:pPr>
        <w:spacing w:before="180" w:after="140" w:line="252" w:lineRule="auto"/>
        <w:jc w:val="center"/>
      </w:pPr>
      <w:r>
        <w:rPr>
          <w:rFonts w:ascii="Lato" w:hAnsi="Lato"/>
          <w:b/>
          <w:color w:val="3E2833"/>
          <w:sz w:val="26"/>
        </w:rPr>
        <w:t>SÁBADO 31 DE OCTUBRE</w:t>
      </w:r>
    </w:p>
    <w:p>
      <w:pPr>
        <w:spacing w:before="0" w:after="280" w:line="252" w:lineRule="auto"/>
        <w:jc w:val="center"/>
      </w:pPr>
      <w:r>
        <w:rPr>
          <w:rFonts w:ascii="Lato" w:hAnsi="Lato"/>
          <w:b/>
          <w:color w:val="9C602F"/>
          <w:sz w:val="22"/>
        </w:rPr>
        <w:t>DESDE LAS 18:00</w:t>
      </w:r>
    </w:p>
    <w:p>
      <w:pPr>
        <w:spacing w:before="0" w:after="60" w:line="252" w:lineRule="auto"/>
        <w:jc w:val="center"/>
      </w:pPr>
      <w:r>
        <w:rPr>
          <w:rFonts w:ascii="Lato" w:hAnsi="Lato"/>
          <w:b/>
          <w:color w:val="3E2833"/>
          <w:sz w:val="24"/>
        </w:rPr>
        <w:t>SALÓN DE FIESTAS</w:t>
      </w:r>
    </w:p>
    <w:p>
      <w:pPr>
        <w:spacing w:before="0" w:after="300" w:line="252" w:lineRule="auto"/>
        <w:jc w:val="center"/>
      </w:pPr>
      <w:r>
        <w:rPr>
          <w:rFonts w:ascii="Lato" w:hAnsi="Lato"/>
          <w:b w:val="0"/>
          <w:color w:val="735B68"/>
          <w:sz w:val="21"/>
        </w:rPr>
        <w:t>Escribe aquí tu dirección</w:t>
      </w:r>
    </w:p>
    <w:p>
      <w:pPr>
        <w:spacing w:before="0" w:after="140" w:line="252" w:lineRule="auto"/>
        <w:jc w:val="center"/>
      </w:pPr>
      <w:r>
        <w:rPr>
          <w:rFonts w:ascii="Lato" w:hAnsi="Lato"/>
          <w:b/>
          <w:color w:val="3E2833"/>
          <w:sz w:val="20"/>
        </w:rPr>
        <w:t>CONFIRMA: 000 000 000</w:t>
      </w:r>
    </w:p>
    <w:p>
      <w:pPr>
        <w:spacing w:before="0" w:after="0" w:line="252" w:lineRule="auto"/>
        <w:jc w:val="center"/>
      </w:pPr>
      <w:r>
        <w:rPr>
          <w:rFonts w:ascii="Lato" w:hAnsi="Lato"/>
          <w:b/>
          <w:color w:val="9C602F"/>
          <w:sz w:val="18"/>
        </w:rPr>
        <w:t>VEN CON TU MEJOR DISFRAZ</w:t>
      </w:r>
    </w:p>
    <w:sectPr w:rsidR="00FC693F" w:rsidRPr="0006063C" w:rsidSect="00034616">
      <w:headerReference w:type="default" r:id="rId9"/>
      <w:pgSz w:w="11906" w:h="8391"/>
      <w:pgMar w:top="964" w:right="680" w:bottom="454" w:left="583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5328285"/>
          <wp:wrapNone/>
          <wp:docPr id="1" name="Picture 1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01-mansion-encantada-art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5328285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Invitación de Halloween editable – Mansión encantada</dc:title>
  <dc:subject>Plantilla imprimible A5 horizontal en Word, con textos editables</dc:subject>
  <dc:creator>Caratulas.de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