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52" w:lineRule="auto"/>
        <w:jc w:val="center"/>
      </w:pPr>
      <w:r>
        <w:rPr>
          <w:rFonts w:ascii="Lato" w:hAnsi="Lato"/>
          <w:b/>
          <w:color w:val="EC4B86"/>
          <w:sz w:val="20"/>
        </w:rPr>
        <w:t>¡BOO! • ESTÁS INVITADO</w:t>
      </w:r>
    </w:p>
    <w:p>
      <w:pPr>
        <w:spacing w:before="0" w:after="0" w:line="252" w:lineRule="auto"/>
        <w:jc w:val="center"/>
      </w:pPr>
      <w:r>
        <w:rPr>
          <w:rFonts w:ascii="Comfortaa" w:hAnsi="Comfortaa"/>
          <w:b/>
          <w:color w:val="3F2A64"/>
          <w:sz w:val="56"/>
        </w:rPr>
        <w:t>FIESTA DE</w:t>
      </w:r>
    </w:p>
    <w:p>
      <w:pPr>
        <w:spacing w:before="0" w:after="0" w:line="252" w:lineRule="auto"/>
        <w:jc w:val="center"/>
      </w:pPr>
      <w:r>
        <w:rPr>
          <w:rFonts w:ascii="Comfortaa" w:hAnsi="Comfortaa"/>
          <w:b/>
          <w:color w:val="3F2A64"/>
          <w:sz w:val="56"/>
        </w:rPr>
        <w:t>FANTASMITAS</w:t>
      </w:r>
    </w:p>
    <w:p>
      <w:pPr>
        <w:spacing w:before="200" w:after="540" w:line="252" w:lineRule="auto"/>
        <w:jc w:val="center"/>
      </w:pPr>
      <w:r>
        <w:rPr>
          <w:rFonts w:ascii="Lato" w:hAnsi="Lato"/>
          <w:b w:val="0"/>
          <w:color w:val="76678E"/>
          <w:sz w:val="23"/>
        </w:rPr>
        <w:t>Dulces, juegos y risas</w:t>
        <w:br/>
        <w:t>te esperan esta noche.</w:t>
      </w:r>
    </w:p>
    <w:p>
      <w:pPr>
        <w:spacing w:before="180" w:after="140" w:line="252" w:lineRule="auto"/>
        <w:jc w:val="center"/>
      </w:pPr>
      <w:r>
        <w:rPr>
          <w:rFonts w:ascii="Lato" w:hAnsi="Lato"/>
          <w:b/>
          <w:color w:val="3F2A64"/>
          <w:sz w:val="26"/>
        </w:rPr>
        <w:t>SÁBADO 31 DE OCTUBRE</w:t>
      </w:r>
    </w:p>
    <w:p>
      <w:pPr>
        <w:spacing w:before="0" w:after="280" w:line="252" w:lineRule="auto"/>
        <w:jc w:val="center"/>
      </w:pPr>
      <w:r>
        <w:rPr>
          <w:rFonts w:ascii="Lato" w:hAnsi="Lato"/>
          <w:b/>
          <w:color w:val="EC4B86"/>
          <w:sz w:val="22"/>
        </w:rPr>
        <w:t>DESDE LAS 18:00</w:t>
      </w:r>
    </w:p>
    <w:p>
      <w:pPr>
        <w:spacing w:before="0" w:after="60" w:line="252" w:lineRule="auto"/>
        <w:jc w:val="center"/>
      </w:pPr>
      <w:r>
        <w:rPr>
          <w:rFonts w:ascii="Lato" w:hAnsi="Lato"/>
          <w:b/>
          <w:color w:val="3F2A64"/>
          <w:sz w:val="24"/>
        </w:rPr>
        <w:t>SALÓN DE FIESTAS</w:t>
      </w:r>
    </w:p>
    <w:p>
      <w:pPr>
        <w:spacing w:before="0" w:after="300" w:line="252" w:lineRule="auto"/>
        <w:jc w:val="center"/>
      </w:pPr>
      <w:r>
        <w:rPr>
          <w:rFonts w:ascii="Lato" w:hAnsi="Lato"/>
          <w:b w:val="0"/>
          <w:color w:val="76678E"/>
          <w:sz w:val="21"/>
        </w:rPr>
        <w:t>Escribe aquí tu dirección</w:t>
      </w:r>
    </w:p>
    <w:p>
      <w:pPr>
        <w:spacing w:before="0" w:after="140" w:line="252" w:lineRule="auto"/>
        <w:jc w:val="center"/>
      </w:pPr>
      <w:r>
        <w:rPr>
          <w:rFonts w:ascii="Lato" w:hAnsi="Lato"/>
          <w:b/>
          <w:color w:val="3F2A64"/>
          <w:sz w:val="20"/>
        </w:rPr>
        <w:t>CONFIRMA: 000 000 000</w:t>
      </w:r>
    </w:p>
    <w:p>
      <w:pPr>
        <w:spacing w:before="0" w:after="0" w:line="252" w:lineRule="auto"/>
        <w:jc w:val="center"/>
      </w:pPr>
      <w:r>
        <w:rPr>
          <w:rFonts w:ascii="Lato" w:hAnsi="Lato"/>
          <w:b/>
          <w:color w:val="EC4B86"/>
          <w:sz w:val="18"/>
        </w:rPr>
        <w:t>¡TRAE TU DISFRAZ FAVORITO!</w:t>
      </w:r>
    </w:p>
    <w:sectPr w:rsidR="00FC693F" w:rsidRPr="0006063C" w:rsidSect="00034616">
      <w:headerReference w:type="default" r:id="rId9"/>
      <w:pgSz w:w="11906" w:h="8391"/>
      <w:pgMar w:top="964" w:right="680" w:bottom="454" w:left="583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5328285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2-fantasmitas-divertidos-ar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53282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de Halloween editable – Fiesta de fantasmitas</dc:title>
  <dc:subject>Plantilla imprimible A5 horizontal en Word, con textos editables</dc:subject>
  <dc:creator>Caratulas.de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