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252" w:lineRule="auto"/>
        <w:jc w:val="center"/>
      </w:pPr>
      <w:r>
        <w:rPr>
          <w:rFonts w:ascii="Lato" w:hAnsi="Lato"/>
          <w:b/>
          <w:color w:val="567D44"/>
          <w:sz w:val="20"/>
        </w:rPr>
        <w:t>HECHIZOS Y POCIONES</w:t>
      </w:r>
    </w:p>
    <w:p>
      <w:pPr>
        <w:spacing w:before="0" w:after="0" w:line="252" w:lineRule="auto"/>
        <w:jc w:val="center"/>
      </w:pPr>
      <w:r>
        <w:rPr>
          <w:rFonts w:ascii="EB Garamond" w:hAnsi="EB Garamond"/>
          <w:b w:val="0"/>
          <w:color w:val="273C31"/>
          <w:sz w:val="56"/>
        </w:rPr>
        <w:t>NOCHE DE</w:t>
      </w:r>
    </w:p>
    <w:p>
      <w:pPr>
        <w:spacing w:before="0" w:after="0" w:line="252" w:lineRule="auto"/>
        <w:jc w:val="center"/>
      </w:pPr>
      <w:r>
        <w:rPr>
          <w:rFonts w:ascii="EB Garamond" w:hAnsi="EB Garamond"/>
          <w:b w:val="0"/>
          <w:color w:val="273C31"/>
          <w:sz w:val="56"/>
        </w:rPr>
        <w:t>BRUJAS</w:t>
      </w:r>
    </w:p>
    <w:p>
      <w:pPr>
        <w:spacing w:before="200" w:after="540" w:line="252" w:lineRule="auto"/>
        <w:jc w:val="center"/>
      </w:pPr>
      <w:r>
        <w:rPr>
          <w:rFonts w:ascii="Lato" w:hAnsi="Lato"/>
          <w:b w:val="0"/>
          <w:color w:val="596E61"/>
          <w:sz w:val="23"/>
        </w:rPr>
        <w:t>Una velada mágica</w:t>
        <w:br/>
        <w:t>llena de sorpresas.</w:t>
      </w:r>
    </w:p>
    <w:p>
      <w:pPr>
        <w:spacing w:before="180" w:after="140" w:line="252" w:lineRule="auto"/>
        <w:jc w:val="center"/>
      </w:pPr>
      <w:r>
        <w:rPr>
          <w:rFonts w:ascii="Lato" w:hAnsi="Lato"/>
          <w:b/>
          <w:color w:val="273C31"/>
          <w:sz w:val="26"/>
        </w:rPr>
        <w:t>SÁBADO 31 DE OCTUBRE</w:t>
      </w:r>
    </w:p>
    <w:p>
      <w:pPr>
        <w:spacing w:before="0" w:after="280" w:line="252" w:lineRule="auto"/>
        <w:jc w:val="center"/>
      </w:pPr>
      <w:r>
        <w:rPr>
          <w:rFonts w:ascii="Lato" w:hAnsi="Lato"/>
          <w:b/>
          <w:color w:val="567D44"/>
          <w:sz w:val="22"/>
        </w:rPr>
        <w:t>DESDE LAS 18:00</w:t>
      </w:r>
    </w:p>
    <w:p>
      <w:pPr>
        <w:spacing w:before="0" w:after="60" w:line="252" w:lineRule="auto"/>
        <w:jc w:val="center"/>
      </w:pPr>
      <w:r>
        <w:rPr>
          <w:rFonts w:ascii="Lato" w:hAnsi="Lato"/>
          <w:b/>
          <w:color w:val="273C31"/>
          <w:sz w:val="24"/>
        </w:rPr>
        <w:t>SALÓN DE FIESTAS</w:t>
      </w:r>
    </w:p>
    <w:p>
      <w:pPr>
        <w:spacing w:before="0" w:after="300" w:line="252" w:lineRule="auto"/>
        <w:jc w:val="center"/>
      </w:pPr>
      <w:r>
        <w:rPr>
          <w:rFonts w:ascii="Lato" w:hAnsi="Lato"/>
          <w:b w:val="0"/>
          <w:color w:val="596E61"/>
          <w:sz w:val="21"/>
        </w:rPr>
        <w:t>Escribe aquí tu dirección</w:t>
      </w:r>
    </w:p>
    <w:p>
      <w:pPr>
        <w:spacing w:before="0" w:after="140" w:line="252" w:lineRule="auto"/>
        <w:jc w:val="center"/>
      </w:pPr>
      <w:r>
        <w:rPr>
          <w:rFonts w:ascii="Lato" w:hAnsi="Lato"/>
          <w:b/>
          <w:color w:val="273C31"/>
          <w:sz w:val="20"/>
        </w:rPr>
        <w:t>CONFIRMA: 000 000 000</w:t>
      </w:r>
    </w:p>
    <w:p>
      <w:pPr>
        <w:spacing w:before="0" w:after="0" w:line="252" w:lineRule="auto"/>
        <w:jc w:val="center"/>
      </w:pPr>
      <w:r>
        <w:rPr>
          <w:rFonts w:ascii="Lato" w:hAnsi="Lato"/>
          <w:b/>
          <w:color w:val="567D44"/>
          <w:sz w:val="18"/>
        </w:rPr>
        <w:t>NO OLVIDES TU SOMBRERO</w:t>
      </w:r>
    </w:p>
    <w:sectPr w:rsidR="00FC693F" w:rsidRPr="0006063C" w:rsidSect="00034616">
      <w:headerReference w:type="default" r:id="rId9"/>
      <w:pgSz w:w="11906" w:h="8391"/>
      <w:pgMar w:top="964" w:right="680" w:bottom="454" w:left="583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5328285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03-pocion-de-brujas-art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532828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Invitación de Halloween editable – Poción de brujas</dc:title>
  <dc:subject>Plantilla imprimible A5 horizontal en Word, con textos editables</dc:subject>
  <dc:creator>Caratulas.de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