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52" w:lineRule="auto"/>
        <w:jc w:val="center"/>
      </w:pPr>
      <w:r>
        <w:rPr>
          <w:rFonts w:ascii="Lato" w:hAnsi="Lato"/>
          <w:b/>
          <w:color w:val="DD6122"/>
          <w:sz w:val="20"/>
        </w:rPr>
        <w:t>¡UNA NOCHE DELICIOSAMENTE LOCA!</w:t>
      </w:r>
    </w:p>
    <w:p>
      <w:pPr>
        <w:spacing w:before="0" w:after="0" w:line="252" w:lineRule="auto"/>
        <w:jc w:val="center"/>
      </w:pPr>
      <w:r>
        <w:rPr>
          <w:rFonts w:ascii="Comfortaa" w:hAnsi="Comfortaa"/>
          <w:b/>
          <w:color w:val="633820"/>
          <w:sz w:val="56"/>
        </w:rPr>
        <w:t>DULCE O</w:t>
      </w:r>
    </w:p>
    <w:p>
      <w:pPr>
        <w:spacing w:before="0" w:after="0" w:line="252" w:lineRule="auto"/>
        <w:jc w:val="center"/>
      </w:pPr>
      <w:r>
        <w:rPr>
          <w:rFonts w:ascii="Comfortaa" w:hAnsi="Comfortaa"/>
          <w:b/>
          <w:color w:val="633820"/>
          <w:sz w:val="56"/>
        </w:rPr>
        <w:t>TRUCO</w:t>
      </w:r>
    </w:p>
    <w:p>
      <w:pPr>
        <w:spacing w:before="200" w:after="540" w:line="252" w:lineRule="auto"/>
        <w:jc w:val="center"/>
      </w:pPr>
      <w:r>
        <w:rPr>
          <w:rFonts w:ascii="Lato" w:hAnsi="Lato"/>
          <w:b w:val="0"/>
          <w:color w:val="966E54"/>
          <w:sz w:val="23"/>
        </w:rPr>
        <w:t>Calabazas, caramelos</w:t>
        <w:br/>
        <w:t>y diversión sin fin.</w:t>
      </w:r>
    </w:p>
    <w:p>
      <w:pPr>
        <w:spacing w:before="180" w:after="140" w:line="252" w:lineRule="auto"/>
        <w:jc w:val="center"/>
      </w:pPr>
      <w:r>
        <w:rPr>
          <w:rFonts w:ascii="Lato" w:hAnsi="Lato"/>
          <w:b/>
          <w:color w:val="633820"/>
          <w:sz w:val="26"/>
        </w:rPr>
        <w:t>SÁBADO 31 DE OCTUBRE</w:t>
      </w:r>
    </w:p>
    <w:p>
      <w:pPr>
        <w:spacing w:before="0" w:after="280" w:line="252" w:lineRule="auto"/>
        <w:jc w:val="center"/>
      </w:pPr>
      <w:r>
        <w:rPr>
          <w:rFonts w:ascii="Lato" w:hAnsi="Lato"/>
          <w:b/>
          <w:color w:val="DD6122"/>
          <w:sz w:val="22"/>
        </w:rPr>
        <w:t>DESDE LAS 18:00</w:t>
      </w:r>
    </w:p>
    <w:p>
      <w:pPr>
        <w:spacing w:before="0" w:after="60" w:line="252" w:lineRule="auto"/>
        <w:jc w:val="center"/>
      </w:pPr>
      <w:r>
        <w:rPr>
          <w:rFonts w:ascii="Lato" w:hAnsi="Lato"/>
          <w:b/>
          <w:color w:val="633820"/>
          <w:sz w:val="24"/>
        </w:rPr>
        <w:t>SALÓN DE FIESTAS</w:t>
      </w:r>
    </w:p>
    <w:p>
      <w:pPr>
        <w:spacing w:before="0" w:after="300" w:line="252" w:lineRule="auto"/>
        <w:jc w:val="center"/>
      </w:pPr>
      <w:r>
        <w:rPr>
          <w:rFonts w:ascii="Lato" w:hAnsi="Lato"/>
          <w:b w:val="0"/>
          <w:color w:val="966E54"/>
          <w:sz w:val="21"/>
        </w:rPr>
        <w:t>Escribe aquí tu dirección</w:t>
      </w:r>
    </w:p>
    <w:p>
      <w:pPr>
        <w:spacing w:before="0" w:after="140" w:line="252" w:lineRule="auto"/>
        <w:jc w:val="center"/>
      </w:pPr>
      <w:r>
        <w:rPr>
          <w:rFonts w:ascii="Lato" w:hAnsi="Lato"/>
          <w:b/>
          <w:color w:val="633820"/>
          <w:sz w:val="20"/>
        </w:rPr>
        <w:t>CONFIRMA: 000 000 000</w:t>
      </w:r>
    </w:p>
    <w:p>
      <w:pPr>
        <w:spacing w:before="0" w:after="0" w:line="252" w:lineRule="auto"/>
        <w:jc w:val="center"/>
      </w:pPr>
      <w:r>
        <w:rPr>
          <w:rFonts w:ascii="Lato" w:hAnsi="Lato"/>
          <w:b/>
          <w:color w:val="DD6122"/>
          <w:sz w:val="18"/>
        </w:rPr>
        <w:t>¡DISFRÁZATE Y VEN A JUGAR!</w:t>
      </w:r>
    </w:p>
    <w:sectPr w:rsidR="00FC693F" w:rsidRPr="0006063C" w:rsidSect="00034616">
      <w:headerReference w:type="default" r:id="rId9"/>
      <w:pgSz w:w="11906" w:h="8391"/>
      <w:pgMar w:top="964" w:right="680" w:bottom="454" w:left="583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532828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4-calabazas-y-dulces-ar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53282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de Halloween editable – Calabazas y caramelos</dc:title>
  <dc:subject>Plantilla imprimible A5 horizontal en Word, con textos editables</dc:subject>
  <dc:creator>Caratulas.de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