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52" w:lineRule="auto"/>
        <w:jc w:val="center"/>
      </w:pPr>
      <w:r>
        <w:rPr>
          <w:rFonts w:ascii="Lato" w:hAnsi="Lato"/>
          <w:b/>
          <w:color w:val="9D5660"/>
          <w:sz w:val="20"/>
        </w:rPr>
        <w:t>UNA NOCHE PARA RECORDAR</w:t>
      </w:r>
    </w:p>
    <w:p>
      <w:pPr>
        <w:spacing w:before="0" w:after="0" w:line="252" w:lineRule="auto"/>
        <w:jc w:val="center"/>
      </w:pPr>
      <w:r>
        <w:rPr>
          <w:rFonts w:ascii="EB Garamond" w:hAnsi="EB Garamond"/>
          <w:b w:val="0"/>
          <w:color w:val="403040"/>
          <w:sz w:val="56"/>
        </w:rPr>
        <w:t>LA GRAN</w:t>
      </w:r>
    </w:p>
    <w:p>
      <w:pPr>
        <w:spacing w:before="0" w:after="0" w:line="252" w:lineRule="auto"/>
        <w:jc w:val="center"/>
      </w:pPr>
      <w:r>
        <w:rPr>
          <w:rFonts w:ascii="EB Garamond" w:hAnsi="EB Garamond"/>
          <w:b w:val="0"/>
          <w:color w:val="403040"/>
          <w:sz w:val="56"/>
        </w:rPr>
        <w:t>VELADA</w:t>
      </w:r>
    </w:p>
    <w:p>
      <w:pPr>
        <w:spacing w:before="200" w:after="540" w:line="252" w:lineRule="auto"/>
        <w:jc w:val="center"/>
      </w:pPr>
      <w:r>
        <w:rPr>
          <w:rFonts w:ascii="Lato" w:hAnsi="Lato"/>
          <w:b w:val="0"/>
          <w:color w:val="78666D"/>
          <w:sz w:val="23"/>
        </w:rPr>
        <w:t>Entre sombras y misterio…</w:t>
        <w:br/>
        <w:t>comienza la celebración.</w:t>
      </w:r>
    </w:p>
    <w:p>
      <w:pPr>
        <w:spacing w:before="180" w:after="140" w:line="252" w:lineRule="auto"/>
        <w:jc w:val="center"/>
      </w:pPr>
      <w:r>
        <w:rPr>
          <w:rFonts w:ascii="Lato" w:hAnsi="Lato"/>
          <w:b/>
          <w:color w:val="403040"/>
          <w:sz w:val="26"/>
        </w:rPr>
        <w:t>SÁBADO 31 DE OCTUBRE</w:t>
      </w:r>
    </w:p>
    <w:p>
      <w:pPr>
        <w:spacing w:before="0" w:after="280" w:line="252" w:lineRule="auto"/>
        <w:jc w:val="center"/>
      </w:pPr>
      <w:r>
        <w:rPr>
          <w:rFonts w:ascii="Lato" w:hAnsi="Lato"/>
          <w:b/>
          <w:color w:val="9D5660"/>
          <w:sz w:val="22"/>
        </w:rPr>
        <w:t>DESDE LAS 18:00</w:t>
      </w:r>
    </w:p>
    <w:p>
      <w:pPr>
        <w:spacing w:before="0" w:after="60" w:line="252" w:lineRule="auto"/>
        <w:jc w:val="center"/>
      </w:pPr>
      <w:r>
        <w:rPr>
          <w:rFonts w:ascii="Lato" w:hAnsi="Lato"/>
          <w:b/>
          <w:color w:val="403040"/>
          <w:sz w:val="24"/>
        </w:rPr>
        <w:t>SALÓN DE FIESTAS</w:t>
      </w:r>
    </w:p>
    <w:p>
      <w:pPr>
        <w:spacing w:before="0" w:after="300" w:line="252" w:lineRule="auto"/>
        <w:jc w:val="center"/>
      </w:pPr>
      <w:r>
        <w:rPr>
          <w:rFonts w:ascii="Lato" w:hAnsi="Lato"/>
          <w:b w:val="0"/>
          <w:color w:val="78666D"/>
          <w:sz w:val="21"/>
        </w:rPr>
        <w:t>Escribe aquí tu dirección</w:t>
      </w:r>
    </w:p>
    <w:p>
      <w:pPr>
        <w:spacing w:before="0" w:after="140" w:line="252" w:lineRule="auto"/>
        <w:jc w:val="center"/>
      </w:pPr>
      <w:r>
        <w:rPr>
          <w:rFonts w:ascii="Lato" w:hAnsi="Lato"/>
          <w:b/>
          <w:color w:val="403040"/>
          <w:sz w:val="20"/>
        </w:rPr>
        <w:t>CONFIRMA: 000 000 000</w:t>
      </w:r>
    </w:p>
    <w:p>
      <w:pPr>
        <w:spacing w:before="0" w:after="0" w:line="252" w:lineRule="auto"/>
        <w:jc w:val="center"/>
      </w:pPr>
      <w:r>
        <w:rPr>
          <w:rFonts w:ascii="Lato" w:hAnsi="Lato"/>
          <w:b/>
          <w:color w:val="9D5660"/>
          <w:sz w:val="18"/>
        </w:rPr>
        <w:t>VESTIMENTA: ELEGANTE O TERRORÍFICA</w:t>
      </w:r>
    </w:p>
    <w:sectPr w:rsidR="00FC693F" w:rsidRPr="0006063C" w:rsidSect="00034616">
      <w:headerReference w:type="default" r:id="rId9"/>
      <w:pgSz w:w="11906" w:h="8391"/>
      <w:pgMar w:top="964" w:right="680" w:bottom="454" w:left="583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532828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5-fiesta-gotica-ar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53282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de Halloween editable – Noche gótica</dc:title>
  <dc:subject>Plantilla imprimible A5 horizontal en Word, con textos editables</dc:subject>
  <dc:creator>Caratulas.de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