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52" w:lineRule="auto"/>
        <w:jc w:val="center"/>
      </w:pPr>
      <w:r>
        <w:rPr>
          <w:rFonts w:ascii="Lato" w:hAnsi="Lato"/>
          <w:b/>
          <w:color w:val="F9BD4B"/>
          <w:sz w:val="20"/>
        </w:rPr>
        <w:t>LIGHTS • MUSIC • COSTUMES</w:t>
      </w:r>
    </w:p>
    <w:p>
      <w:pPr>
        <w:spacing w:before="0" w:after="0" w:line="252" w:lineRule="auto"/>
        <w:jc w:val="center"/>
      </w:pPr>
      <w:r>
        <w:rPr>
          <w:rFonts w:ascii="Comfortaa" w:hAnsi="Comfortaa"/>
          <w:b/>
          <w:color w:val="F6EFFB"/>
          <w:sz w:val="56"/>
        </w:rPr>
        <w:t>SPOOKY</w:t>
      </w:r>
    </w:p>
    <w:p>
      <w:pPr>
        <w:spacing w:before="0" w:after="0" w:line="252" w:lineRule="auto"/>
        <w:jc w:val="center"/>
      </w:pPr>
      <w:r>
        <w:rPr>
          <w:rFonts w:ascii="Comfortaa" w:hAnsi="Comfortaa"/>
          <w:b/>
          <w:color w:val="F6EFFB"/>
          <w:sz w:val="56"/>
        </w:rPr>
        <w:t>PARTY</w:t>
      </w:r>
    </w:p>
    <w:p>
      <w:pPr>
        <w:spacing w:before="200" w:after="540" w:line="252" w:lineRule="auto"/>
        <w:jc w:val="center"/>
      </w:pPr>
      <w:r>
        <w:rPr>
          <w:rFonts w:ascii="Lato" w:hAnsi="Lato"/>
          <w:b w:val="0"/>
          <w:color w:val="D8CEEC"/>
          <w:sz w:val="23"/>
        </w:rPr>
        <w:t>Una noche de ritmo, sustos</w:t>
        <w:br/>
        <w:t>y mucha diversión.</w:t>
      </w:r>
    </w:p>
    <w:p>
      <w:pPr>
        <w:spacing w:before="180" w:after="140" w:line="252" w:lineRule="auto"/>
        <w:jc w:val="center"/>
      </w:pPr>
      <w:r>
        <w:rPr>
          <w:rFonts w:ascii="Lato" w:hAnsi="Lato"/>
          <w:b/>
          <w:color w:val="F6EFFB"/>
          <w:sz w:val="26"/>
        </w:rPr>
        <w:t>SÁBADO 31 DE OCTUBRE</w:t>
      </w:r>
    </w:p>
    <w:p>
      <w:pPr>
        <w:spacing w:before="0" w:after="280" w:line="252" w:lineRule="auto"/>
        <w:jc w:val="center"/>
      </w:pPr>
      <w:r>
        <w:rPr>
          <w:rFonts w:ascii="Lato" w:hAnsi="Lato"/>
          <w:b/>
          <w:color w:val="F9BD4B"/>
          <w:sz w:val="22"/>
        </w:rPr>
        <w:t>DESDE LAS 18:00</w:t>
      </w:r>
    </w:p>
    <w:p>
      <w:pPr>
        <w:spacing w:before="0" w:after="60" w:line="252" w:lineRule="auto"/>
        <w:jc w:val="center"/>
      </w:pPr>
      <w:r>
        <w:rPr>
          <w:rFonts w:ascii="Lato" w:hAnsi="Lato"/>
          <w:b/>
          <w:color w:val="F6EFFB"/>
          <w:sz w:val="24"/>
        </w:rPr>
        <w:t>SALÓN DE FIESTAS</w:t>
      </w:r>
    </w:p>
    <w:p>
      <w:pPr>
        <w:spacing w:before="0" w:after="300" w:line="252" w:lineRule="auto"/>
        <w:jc w:val="center"/>
      </w:pPr>
      <w:r>
        <w:rPr>
          <w:rFonts w:ascii="Lato" w:hAnsi="Lato"/>
          <w:b w:val="0"/>
          <w:color w:val="D8CEEC"/>
          <w:sz w:val="21"/>
        </w:rPr>
        <w:t>Escribe aquí tu dirección</w:t>
      </w:r>
    </w:p>
    <w:p>
      <w:pPr>
        <w:spacing w:before="0" w:after="140" w:line="252" w:lineRule="auto"/>
        <w:jc w:val="center"/>
      </w:pPr>
      <w:r>
        <w:rPr>
          <w:rFonts w:ascii="Lato" w:hAnsi="Lato"/>
          <w:b/>
          <w:color w:val="F6EFFB"/>
          <w:sz w:val="20"/>
        </w:rPr>
        <w:t>CONFIRMA: 000 000 000</w:t>
      </w:r>
    </w:p>
    <w:p>
      <w:pPr>
        <w:spacing w:before="0" w:after="0" w:line="252" w:lineRule="auto"/>
        <w:jc w:val="center"/>
      </w:pPr>
      <w:r>
        <w:rPr>
          <w:rFonts w:ascii="Lato" w:hAnsi="Lato"/>
          <w:b/>
          <w:color w:val="F9BD4B"/>
          <w:sz w:val="18"/>
        </w:rPr>
        <w:t>¡VEN A BRILLAR!</w:t>
      </w:r>
    </w:p>
    <w:sectPr w:rsidR="00FC693F" w:rsidRPr="0006063C" w:rsidSect="00034616">
      <w:headerReference w:type="default" r:id="rId9"/>
      <w:pgSz w:w="11906" w:h="8391"/>
      <w:pgMar w:top="964" w:right="680" w:bottom="454" w:left="583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5328285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06-halloween-neon-ar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53282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de Halloween editable – Halloween neón</dc:title>
  <dc:subject>Plantilla imprimible A5 horizontal en Word, con textos editables</dc:subject>
  <dc:creator>Caratulas.de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