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jc w:val="right"/>
      </w:pPr>
      <w:r>
        <w:rPr>
          <w:rFonts w:ascii="Aptos" w:hAnsi="Aptos"/>
          <w:b/>
          <w:color w:val="8AA28C"/>
          <w:sz w:val="16"/>
        </w:rPr>
        <w:t>CARATULAS.DE   ·   MODELO WORD EDITABLE</w:t>
      </w:r>
    </w:p>
    <w:p>
      <w:pPr>
        <w:spacing w:after="40"/>
        <w:jc w:val="left"/>
      </w:pPr>
      <w:r>
        <w:drawing>
          <wp:inline xmlns:a="http://schemas.openxmlformats.org/drawingml/2006/main" xmlns:pic="http://schemas.openxmlformats.org/drawingml/2006/picture">
            <wp:extent cx="2052000" cy="47353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isa-02-floral-adorn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52000" cy="4735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80" w:after="240" w:line="283" w:lineRule="auto"/>
        <w:jc w:val="left"/>
      </w:pPr>
      <w:r>
        <w:rPr>
          <w:rFonts w:ascii="Aptos" w:hAnsi="Aptos"/>
          <w:b/>
          <w:color w:val="8AA28C"/>
          <w:sz w:val="18"/>
        </w:rPr>
        <w:t>UNA INVITACIÓN AL RECUERDO</w:t>
      </w:r>
    </w:p>
    <w:p>
      <w:pPr>
        <w:spacing w:before="0" w:after="360" w:line="283" w:lineRule="auto"/>
        <w:jc w:val="left"/>
      </w:pPr>
      <w:r>
        <w:rPr>
          <w:rFonts w:ascii="Aptos" w:hAnsi="Aptos"/>
          <w:b/>
          <w:color w:val="425548"/>
          <w:sz w:val="46"/>
        </w:rPr>
        <w:t>Misa en su memoria</w:t>
      </w:r>
    </w:p>
    <w:p>
      <w:pPr>
        <w:spacing w:before="0" w:after="300" w:line="283" w:lineRule="auto"/>
        <w:jc w:val="left"/>
      </w:pPr>
      <w:r>
        <w:rPr>
          <w:rFonts w:ascii="Aptos" w:hAnsi="Aptos"/>
          <w:b/>
          <w:color w:val="425548"/>
          <w:sz w:val="22"/>
        </w:rPr>
        <w:t>FAMILIARES Y SERES QUERIDOS</w:t>
      </w:r>
    </w:p>
    <w:p>
      <w:pPr>
        <w:spacing w:before="0" w:after="340" w:line="283" w:lineRule="auto"/>
        <w:jc w:val="left"/>
      </w:pPr>
      <w:r>
        <w:rPr>
          <w:rFonts w:ascii="Aptos" w:hAnsi="Aptos"/>
          <w:b w:val="0"/>
          <w:color w:val="425548"/>
          <w:sz w:val="22"/>
        </w:rPr>
        <w:t>Invitan respetuosamente a la celebración de una misa en memoria de</w:t>
      </w:r>
    </w:p>
    <w:p>
      <w:pPr>
        <w:spacing w:before="0" w:after="260" w:line="283" w:lineRule="auto"/>
        <w:jc w:val="left"/>
      </w:pPr>
      <w:r>
        <w:rPr>
          <w:rFonts w:ascii="Aptos" w:hAnsi="Aptos"/>
          <w:b/>
          <w:color w:val="425548"/>
          <w:sz w:val="36"/>
        </w:rPr>
        <w:t>NOMBRE COMPLETO DE LA PERSONA</w:t>
      </w:r>
    </w:p>
    <w:p>
      <w:pPr>
        <w:spacing w:before="0" w:after="360" w:line="283" w:lineRule="auto"/>
        <w:jc w:val="left"/>
      </w:pPr>
      <w:r>
        <w:rPr>
          <w:rFonts w:ascii="Aptos" w:hAnsi="Aptos"/>
          <w:b w:val="0"/>
          <w:color w:val="8AA28C"/>
          <w:sz w:val="22"/>
        </w:rPr>
        <w:t>A quien recordamos con profundo amor y gratitud.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8AA28C"/>
          <w:left w:val="single" w:sz="5" w:color="8AA28C"/>
          <w:bottom w:val="single" w:sz="5" w:color="8AA28C"/>
          <w:right w:val="single" w:sz="5" w:color="8AA28C"/>
        </w:tblBorders>
      </w:tblPr>
      <w:tblGrid>
        <w:gridCol w:w="2324"/>
        <w:gridCol w:w="6690"/>
      </w:tblGrid>
      <w:tr>
        <w:tc>
          <w:tcPr>
            <w:tcW w:type="dxa" w:w="4791"/>
            <w:shd w:fill="F2F6F1"/>
          </w:tcPr>
          <w:p>
            <w:pPr>
              <w:spacing w:before="60" w:after="60"/>
              <w:jc w:val="left"/>
            </w:pPr>
            <w:r>
              <w:rPr>
                <w:rFonts w:ascii="Aptos" w:hAnsi="Aptos"/>
                <w:b/>
                <w:color w:val="8AA28C"/>
                <w:sz w:val="18"/>
              </w:rPr>
              <w:t>FECHA</w:t>
            </w:r>
          </w:p>
        </w:tc>
        <w:tc>
          <w:tcPr>
            <w:tcW w:type="dxa" w:w="4791"/>
            <w:shd w:fill="FFFFFF"/>
          </w:tcPr>
          <w:p>
            <w:pPr>
              <w:spacing w:before="60" w:after="60"/>
              <w:jc w:val="left"/>
            </w:pPr>
            <w:r>
              <w:rPr>
                <w:rFonts w:ascii="Aptos" w:hAnsi="Aptos"/>
                <w:b w:val="0"/>
                <w:color w:val="425548"/>
                <w:sz w:val="20"/>
              </w:rPr>
              <w:t>Día · Mes · Año</w:t>
            </w:r>
          </w:p>
        </w:tc>
      </w:tr>
      <w:tr>
        <w:tc>
          <w:tcPr>
            <w:tcW w:type="dxa" w:w="4791"/>
            <w:shd w:fill="F2F6F1"/>
          </w:tcPr>
          <w:p>
            <w:pPr>
              <w:spacing w:before="60" w:after="60"/>
              <w:jc w:val="left"/>
            </w:pPr>
            <w:r>
              <w:rPr>
                <w:rFonts w:ascii="Aptos" w:hAnsi="Aptos"/>
                <w:b/>
                <w:color w:val="8AA28C"/>
                <w:sz w:val="18"/>
              </w:rPr>
              <w:t>HORA</w:t>
            </w:r>
          </w:p>
        </w:tc>
        <w:tc>
          <w:tcPr>
            <w:tcW w:type="dxa" w:w="4791"/>
            <w:shd w:fill="FFFFFF"/>
          </w:tcPr>
          <w:p>
            <w:pPr>
              <w:spacing w:before="60" w:after="60"/>
              <w:jc w:val="left"/>
            </w:pPr>
            <w:r>
              <w:rPr>
                <w:rFonts w:ascii="Aptos" w:hAnsi="Aptos"/>
                <w:b w:val="0"/>
                <w:color w:val="425548"/>
                <w:sz w:val="20"/>
              </w:rPr>
              <w:t>Hora de la celebración</w:t>
            </w:r>
          </w:p>
        </w:tc>
      </w:tr>
      <w:tr>
        <w:tc>
          <w:tcPr>
            <w:tcW w:type="dxa" w:w="4791"/>
            <w:shd w:fill="F2F6F1"/>
          </w:tcPr>
          <w:p>
            <w:pPr>
              <w:spacing w:before="60" w:after="60"/>
              <w:jc w:val="left"/>
            </w:pPr>
            <w:r>
              <w:rPr>
                <w:rFonts w:ascii="Aptos" w:hAnsi="Aptos"/>
                <w:b/>
                <w:color w:val="8AA28C"/>
                <w:sz w:val="18"/>
              </w:rPr>
              <w:t>IGLESIA</w:t>
            </w:r>
          </w:p>
        </w:tc>
        <w:tc>
          <w:tcPr>
            <w:tcW w:type="dxa" w:w="4791"/>
            <w:shd w:fill="FFFFFF"/>
          </w:tcPr>
          <w:p>
            <w:pPr>
              <w:spacing w:before="60" w:after="60"/>
              <w:jc w:val="left"/>
            </w:pPr>
            <w:r>
              <w:rPr>
                <w:rFonts w:ascii="Aptos" w:hAnsi="Aptos"/>
                <w:b w:val="0"/>
                <w:color w:val="425548"/>
                <w:sz w:val="20"/>
              </w:rPr>
              <w:t>Nombre de la iglesia o parroquia</w:t>
            </w:r>
          </w:p>
        </w:tc>
      </w:tr>
      <w:tr>
        <w:tc>
          <w:tcPr>
            <w:tcW w:type="dxa" w:w="4791"/>
            <w:shd w:fill="F2F6F1"/>
          </w:tcPr>
          <w:p>
            <w:pPr>
              <w:spacing w:before="60" w:after="60"/>
              <w:jc w:val="left"/>
            </w:pPr>
            <w:r>
              <w:rPr>
                <w:rFonts w:ascii="Aptos" w:hAnsi="Aptos"/>
                <w:b/>
                <w:color w:val="8AA28C"/>
                <w:sz w:val="18"/>
              </w:rPr>
              <w:t>DIRECCIÓN</w:t>
            </w:r>
          </w:p>
        </w:tc>
        <w:tc>
          <w:tcPr>
            <w:tcW w:type="dxa" w:w="4791"/>
            <w:shd w:fill="FFFFFF"/>
          </w:tcPr>
          <w:p>
            <w:pPr>
              <w:spacing w:before="60" w:after="60"/>
              <w:jc w:val="left"/>
            </w:pPr>
            <w:r>
              <w:rPr>
                <w:rFonts w:ascii="Aptos" w:hAnsi="Aptos"/>
                <w:b w:val="0"/>
                <w:color w:val="425548"/>
                <w:sz w:val="20"/>
              </w:rPr>
              <w:t>Dirección de la ceremonia</w:t>
            </w:r>
          </w:p>
        </w:tc>
      </w:tr>
    </w:tbl>
    <w:p>
      <w:pPr>
        <w:spacing w:before="460" w:after="300" w:line="283" w:lineRule="auto"/>
        <w:jc w:val="left"/>
      </w:pPr>
      <w:r>
        <w:rPr>
          <w:rFonts w:ascii="Aptos" w:hAnsi="Aptos"/>
          <w:b w:val="0"/>
          <w:color w:val="425548"/>
          <w:sz w:val="22"/>
        </w:rPr>
        <w:t>Agradecemos de corazón su compañía, sus oraciones y sus muestras de cariño.</w:t>
      </w:r>
    </w:p>
    <w:p>
      <w:pPr>
        <w:spacing w:before="0" w:after="140" w:line="283" w:lineRule="auto"/>
        <w:jc w:val="left"/>
      </w:pPr>
      <w:r>
        <w:rPr>
          <w:rFonts w:ascii="Aptos" w:hAnsi="Aptos"/>
          <w:b/>
          <w:color w:val="8AA28C"/>
          <w:sz w:val="24"/>
        </w:rPr>
        <w:t>Familia que invita</w:t>
      </w:r>
    </w:p>
    <w:sectPr w:rsidR="00FC693F" w:rsidRPr="0006063C" w:rsidSect="00034616">
      <w:footerReference w:type="default" r:id="rId10"/>
      <w:pgSz w:w="11906" w:h="16838"/>
      <w:pgMar w:top="992" w:right="1162" w:bottom="964" w:left="1162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A28C"/>
        <w:sz w:val="16"/>
      </w:rPr>
      <w:t>Plantilla editable · Sustituye los textos de ejemplo por los datos autorizados · Caratulas.de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425548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