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right"/>
      </w:pPr>
      <w:r>
        <w:rPr>
          <w:rFonts w:ascii="Aptos" w:hAnsi="Aptos"/>
          <w:b/>
          <w:color w:val="BEA56C"/>
          <w:sz w:val="16"/>
        </w:rPr>
        <w:t>CARATULAS.DE   ·   MODELO WORD EDITABLE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420000" cy="7892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sa-03-tradicional-adorn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7892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80" w:after="240" w:line="283" w:lineRule="auto"/>
        <w:jc w:val="center"/>
      </w:pPr>
      <w:r>
        <w:rPr>
          <w:rFonts w:ascii="Aptos" w:hAnsi="Aptos"/>
          <w:b/>
          <w:color w:val="BEA56C"/>
          <w:sz w:val="18"/>
        </w:rPr>
        <w:t>CON FE Y ESPERANZA</w:t>
      </w:r>
    </w:p>
    <w:p>
      <w:pPr>
        <w:spacing w:before="0" w:after="360" w:line="283" w:lineRule="auto"/>
        <w:jc w:val="center"/>
      </w:pPr>
      <w:r>
        <w:rPr>
          <w:rFonts w:ascii="Aptos" w:hAnsi="Aptos"/>
          <w:b/>
          <w:color w:val="3A3B4A"/>
          <w:sz w:val="46"/>
        </w:rPr>
        <w:t>Eucaristía en su recuerdo</w:t>
      </w:r>
    </w:p>
    <w:p>
      <w:pPr>
        <w:spacing w:before="0" w:after="300" w:line="283" w:lineRule="auto"/>
        <w:jc w:val="center"/>
      </w:pPr>
      <w:r>
        <w:rPr>
          <w:rFonts w:ascii="Aptos" w:hAnsi="Aptos"/>
          <w:b/>
          <w:color w:val="3A3B4A"/>
          <w:sz w:val="22"/>
        </w:rPr>
        <w:t>FAMILIARES Y SERES QUERIDOS</w:t>
      </w:r>
    </w:p>
    <w:p>
      <w:pPr>
        <w:spacing w:before="0" w:after="340" w:line="283" w:lineRule="auto"/>
        <w:jc w:val="center"/>
      </w:pPr>
      <w:r>
        <w:rPr>
          <w:rFonts w:ascii="Aptos" w:hAnsi="Aptos"/>
          <w:b w:val="0"/>
          <w:color w:val="3A3B4A"/>
          <w:sz w:val="22"/>
        </w:rPr>
        <w:t>Invitan respetuosamente a la celebración de una misa en memoria de</w:t>
      </w:r>
    </w:p>
    <w:p>
      <w:pPr>
        <w:spacing w:before="0" w:after="260" w:line="283" w:lineRule="auto"/>
        <w:jc w:val="center"/>
      </w:pPr>
      <w:r>
        <w:rPr>
          <w:rFonts w:ascii="Aptos" w:hAnsi="Aptos"/>
          <w:b/>
          <w:color w:val="3A3B4A"/>
          <w:sz w:val="36"/>
        </w:rPr>
        <w:t>NOMBRE COMPLETO DE LA PERSONA</w:t>
      </w:r>
    </w:p>
    <w:p>
      <w:pPr>
        <w:spacing w:before="0" w:after="360" w:line="283" w:lineRule="auto"/>
        <w:jc w:val="center"/>
      </w:pPr>
      <w:r>
        <w:rPr>
          <w:rFonts w:ascii="Aptos" w:hAnsi="Aptos"/>
          <w:b w:val="0"/>
          <w:color w:val="BEA56C"/>
          <w:sz w:val="22"/>
        </w:rPr>
        <w:t>A quien recordamos con profundo amor y gratitud.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BEA56C"/>
          <w:left w:val="single" w:sz="5" w:color="BEA56C"/>
          <w:bottom w:val="single" w:sz="5" w:color="BEA56C"/>
          <w:right w:val="single" w:sz="5" w:color="BEA56C"/>
        </w:tblBorders>
      </w:tblPr>
      <w:tblGrid>
        <w:gridCol w:w="2324"/>
        <w:gridCol w:w="6690"/>
      </w:tblGrid>
      <w:tr>
        <w:tc>
          <w:tcPr>
            <w:tcW w:type="dxa" w:w="4791"/>
            <w:shd w:fill="F9F7F1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BEA56C"/>
                <w:sz w:val="18"/>
              </w:rPr>
              <w:t>FECHA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3A3B4A"/>
                <w:sz w:val="20"/>
              </w:rPr>
              <w:t>Día · Mes · Año</w:t>
            </w:r>
          </w:p>
        </w:tc>
      </w:tr>
      <w:tr>
        <w:tc>
          <w:tcPr>
            <w:tcW w:type="dxa" w:w="4791"/>
            <w:shd w:fill="F9F7F1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BEA56C"/>
                <w:sz w:val="18"/>
              </w:rPr>
              <w:t>HORA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3A3B4A"/>
                <w:sz w:val="20"/>
              </w:rPr>
              <w:t>Hora de la celebración</w:t>
            </w:r>
          </w:p>
        </w:tc>
      </w:tr>
      <w:tr>
        <w:tc>
          <w:tcPr>
            <w:tcW w:type="dxa" w:w="4791"/>
            <w:shd w:fill="F9F7F1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BEA56C"/>
                <w:sz w:val="18"/>
              </w:rPr>
              <w:t>IGLESIA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3A3B4A"/>
                <w:sz w:val="20"/>
              </w:rPr>
              <w:t>Nombre de la iglesia o parroquia</w:t>
            </w:r>
          </w:p>
        </w:tc>
      </w:tr>
      <w:tr>
        <w:tc>
          <w:tcPr>
            <w:tcW w:type="dxa" w:w="4791"/>
            <w:shd w:fill="F9F7F1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BEA56C"/>
                <w:sz w:val="18"/>
              </w:rPr>
              <w:t>DIRECCIÓN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3A3B4A"/>
                <w:sz w:val="20"/>
              </w:rPr>
              <w:t>Dirección de la ceremonia</w:t>
            </w:r>
          </w:p>
        </w:tc>
      </w:tr>
    </w:tbl>
    <w:p>
      <w:pPr>
        <w:spacing w:before="460" w:after="300" w:line="283" w:lineRule="auto"/>
        <w:jc w:val="center"/>
      </w:pPr>
      <w:r>
        <w:rPr>
          <w:rFonts w:ascii="Aptos" w:hAnsi="Aptos"/>
          <w:b w:val="0"/>
          <w:color w:val="3A3B4A"/>
          <w:sz w:val="22"/>
        </w:rPr>
        <w:t>Agradecemos de corazón su compañía, sus oraciones y sus muestras de cariño.</w:t>
      </w:r>
    </w:p>
    <w:p>
      <w:pPr>
        <w:spacing w:before="0" w:after="140" w:line="283" w:lineRule="auto"/>
        <w:jc w:val="center"/>
      </w:pPr>
      <w:r>
        <w:rPr>
          <w:rFonts w:ascii="Aptos" w:hAnsi="Aptos"/>
          <w:b/>
          <w:color w:val="BEA56C"/>
          <w:sz w:val="24"/>
        </w:rPr>
        <w:t>Familia que invita</w:t>
      </w:r>
    </w:p>
    <w:sectPr w:rsidR="00FC693F" w:rsidRPr="0006063C" w:rsidSect="00034616">
      <w:footerReference w:type="default" r:id="rId10"/>
      <w:pgSz w:w="11906" w:h="16838"/>
      <w:pgMar w:top="992" w:right="1162" w:bottom="964" w:left="1162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BEA56C"/>
        <w:sz w:val="16"/>
      </w:rPr>
      <w:t>Plantilla editable · Sustituye los textos de ejemplo por los datos autorizados · Caratulas.de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A3B4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